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84703" w14:textId="77777777" w:rsidR="0002585A" w:rsidRPr="008E5DBD" w:rsidRDefault="007921B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8E5DBD">
        <w:rPr>
          <w:rFonts w:ascii="Times New Roman" w:hAnsi="Times New Roman" w:cs="Times New Roman"/>
          <w:sz w:val="24"/>
          <w:szCs w:val="24"/>
        </w:rPr>
        <w:t>KARTA ZGŁOSZENIA DZIECKA</w:t>
      </w:r>
      <w:r w:rsidRPr="008E5DBD">
        <w:rPr>
          <w:rFonts w:ascii="Times New Roman" w:hAnsi="Times New Roman" w:cs="Times New Roman"/>
          <w:sz w:val="24"/>
          <w:szCs w:val="24"/>
        </w:rPr>
        <w:br/>
        <w:t>NA ZAJĘCIA „WAKACJE W BIBLIOTECE 2026”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803"/>
      </w:tblGrid>
      <w:tr w:rsidR="0002585A" w:rsidRPr="008E5DBD" w14:paraId="7C3F0233" w14:textId="77777777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48492B7C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b/>
                <w:sz w:val="24"/>
                <w:szCs w:val="24"/>
              </w:rPr>
              <w:t>Organizator:</w:t>
            </w:r>
          </w:p>
        </w:tc>
        <w:tc>
          <w:tcPr>
            <w:tcW w:w="6803" w:type="dxa"/>
            <w:vAlign w:val="center"/>
          </w:tcPr>
          <w:p w14:paraId="3A161561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sz w:val="24"/>
                <w:szCs w:val="24"/>
              </w:rPr>
              <w:t>Gminna Biblioteka Publiczna w Spiczynie – Filia w Zawieprzycach</w:t>
            </w:r>
          </w:p>
        </w:tc>
      </w:tr>
      <w:tr w:rsidR="0002585A" w:rsidRPr="008E5DBD" w14:paraId="78A2FACA" w14:textId="77777777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1844682C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b/>
                <w:sz w:val="24"/>
                <w:szCs w:val="24"/>
              </w:rPr>
              <w:t>Miejsce zajęć:</w:t>
            </w:r>
          </w:p>
        </w:tc>
        <w:tc>
          <w:tcPr>
            <w:tcW w:w="6803" w:type="dxa"/>
            <w:vAlign w:val="center"/>
          </w:tcPr>
          <w:p w14:paraId="135D2D63" w14:textId="69459CB5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sz w:val="24"/>
                <w:szCs w:val="24"/>
              </w:rPr>
              <w:t>Zawieprzyce 12</w:t>
            </w:r>
            <w:r w:rsidR="00E02FD2" w:rsidRPr="008E5DB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02585A" w:rsidRPr="008E5DBD" w14:paraId="114BA195" w14:textId="77777777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1F7C10B2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b/>
                <w:sz w:val="24"/>
                <w:szCs w:val="24"/>
              </w:rPr>
              <w:t>Termin zajęć:</w:t>
            </w:r>
          </w:p>
        </w:tc>
        <w:tc>
          <w:tcPr>
            <w:tcW w:w="6803" w:type="dxa"/>
            <w:vAlign w:val="center"/>
          </w:tcPr>
          <w:p w14:paraId="75993322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sz w:val="24"/>
                <w:szCs w:val="24"/>
              </w:rPr>
              <w:t>2, 7, 9, 14, 16, 21, 23, 28 i 30 lipca 2026 r.</w:t>
            </w:r>
          </w:p>
        </w:tc>
      </w:tr>
      <w:tr w:rsidR="0002585A" w:rsidRPr="008E5DBD" w14:paraId="20F192A2" w14:textId="77777777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1D8278EB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b/>
                <w:sz w:val="24"/>
                <w:szCs w:val="24"/>
              </w:rPr>
              <w:t>Godziny zajęć:</w:t>
            </w:r>
          </w:p>
        </w:tc>
        <w:tc>
          <w:tcPr>
            <w:tcW w:w="6803" w:type="dxa"/>
            <w:vAlign w:val="center"/>
          </w:tcPr>
          <w:p w14:paraId="31659428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sz w:val="24"/>
                <w:szCs w:val="24"/>
              </w:rPr>
              <w:t>10:00–13:00</w:t>
            </w:r>
          </w:p>
        </w:tc>
      </w:tr>
      <w:tr w:rsidR="0002585A" w:rsidRPr="008E5DBD" w14:paraId="669BC72B" w14:textId="77777777">
        <w:trPr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6E930AFE" w14:textId="77777777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r w:rsidRPr="008E5DBD">
              <w:rPr>
                <w:rFonts w:cs="Times New Roman"/>
                <w:b/>
                <w:sz w:val="24"/>
                <w:szCs w:val="24"/>
              </w:rPr>
              <w:t>Uczestnicy:</w:t>
            </w:r>
          </w:p>
        </w:tc>
        <w:tc>
          <w:tcPr>
            <w:tcW w:w="6803" w:type="dxa"/>
            <w:vAlign w:val="center"/>
          </w:tcPr>
          <w:p w14:paraId="1A19B0AE" w14:textId="60BC76CB" w:rsidR="0002585A" w:rsidRPr="008E5DBD" w:rsidRDefault="007921B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E5DBD">
              <w:rPr>
                <w:rFonts w:cs="Times New Roman"/>
                <w:sz w:val="24"/>
                <w:szCs w:val="24"/>
              </w:rPr>
              <w:t>dzieci</w:t>
            </w:r>
            <w:proofErr w:type="spellEnd"/>
            <w:r w:rsidRPr="008E5DBD">
              <w:rPr>
                <w:rFonts w:cs="Times New Roman"/>
                <w:sz w:val="24"/>
                <w:szCs w:val="24"/>
              </w:rPr>
              <w:t xml:space="preserve"> w </w:t>
            </w:r>
            <w:proofErr w:type="spellStart"/>
            <w:r w:rsidRPr="008E5DBD">
              <w:rPr>
                <w:rFonts w:cs="Times New Roman"/>
                <w:sz w:val="24"/>
                <w:szCs w:val="24"/>
              </w:rPr>
              <w:t>wieku</w:t>
            </w:r>
            <w:proofErr w:type="spellEnd"/>
            <w:r w:rsidRPr="008E5DBD">
              <w:rPr>
                <w:rFonts w:cs="Times New Roman"/>
                <w:sz w:val="24"/>
                <w:szCs w:val="24"/>
              </w:rPr>
              <w:t xml:space="preserve"> od 7 </w:t>
            </w:r>
            <w:proofErr w:type="spellStart"/>
            <w:r w:rsidR="00E02FD2" w:rsidRPr="008E5DBD">
              <w:rPr>
                <w:rFonts w:cs="Times New Roman"/>
                <w:sz w:val="24"/>
                <w:szCs w:val="24"/>
              </w:rPr>
              <w:t>lat</w:t>
            </w:r>
            <w:proofErr w:type="spellEnd"/>
            <w:r w:rsidRPr="008E5DB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8E5DBD">
              <w:rPr>
                <w:rFonts w:cs="Times New Roman"/>
                <w:sz w:val="24"/>
                <w:szCs w:val="24"/>
              </w:rPr>
              <w:t>liczba</w:t>
            </w:r>
            <w:proofErr w:type="spellEnd"/>
            <w:r w:rsidRPr="008E5DB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E5DBD">
              <w:rPr>
                <w:rFonts w:cs="Times New Roman"/>
                <w:sz w:val="24"/>
                <w:szCs w:val="24"/>
              </w:rPr>
              <w:t>miejsc</w:t>
            </w:r>
            <w:proofErr w:type="spellEnd"/>
            <w:r w:rsidRPr="008E5DB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E5DBD">
              <w:rPr>
                <w:rFonts w:cs="Times New Roman"/>
                <w:sz w:val="24"/>
                <w:szCs w:val="24"/>
              </w:rPr>
              <w:t>ograniczona</w:t>
            </w:r>
            <w:proofErr w:type="spellEnd"/>
          </w:p>
        </w:tc>
      </w:tr>
    </w:tbl>
    <w:p w14:paraId="0134B329" w14:textId="77777777" w:rsidR="0002585A" w:rsidRPr="008E5DBD" w:rsidRDefault="007921B0">
      <w:pPr>
        <w:pStyle w:val="Nagwek2"/>
        <w:rPr>
          <w:rFonts w:ascii="Times New Roman" w:hAnsi="Times New Roman" w:cs="Times New Roman"/>
          <w:szCs w:val="24"/>
        </w:rPr>
      </w:pPr>
      <w:r w:rsidRPr="008E5DBD">
        <w:rPr>
          <w:rFonts w:ascii="Times New Roman" w:hAnsi="Times New Roman" w:cs="Times New Roman"/>
          <w:szCs w:val="24"/>
        </w:rPr>
        <w:t>1. Dane uczestnika</w:t>
      </w:r>
    </w:p>
    <w:p w14:paraId="5DC9ED01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b/>
          <w:sz w:val="24"/>
          <w:szCs w:val="24"/>
        </w:rPr>
        <w:t xml:space="preserve">Imię i nazwisko dziecka: </w:t>
      </w: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269639A6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b/>
          <w:sz w:val="24"/>
          <w:szCs w:val="24"/>
        </w:rPr>
        <w:t xml:space="preserve">Wiek dziecka: </w:t>
      </w: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6C2E6507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b/>
          <w:sz w:val="24"/>
          <w:szCs w:val="24"/>
        </w:rPr>
        <w:t xml:space="preserve">Adres zamieszkania dziecka: </w:t>
      </w: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4AE6A192" w14:textId="77777777" w:rsidR="0002585A" w:rsidRPr="008E5DBD" w:rsidRDefault="007921B0">
      <w:pPr>
        <w:pStyle w:val="Nagwek2"/>
        <w:rPr>
          <w:rFonts w:ascii="Times New Roman" w:hAnsi="Times New Roman" w:cs="Times New Roman"/>
          <w:szCs w:val="24"/>
        </w:rPr>
      </w:pPr>
      <w:r w:rsidRPr="008E5DBD">
        <w:rPr>
          <w:rFonts w:ascii="Times New Roman" w:hAnsi="Times New Roman" w:cs="Times New Roman"/>
          <w:szCs w:val="24"/>
        </w:rPr>
        <w:t>2. Dane rodzica / opiekuna prawnego</w:t>
      </w:r>
    </w:p>
    <w:p w14:paraId="0CD14AC3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b/>
          <w:sz w:val="24"/>
          <w:szCs w:val="24"/>
        </w:rPr>
        <w:t xml:space="preserve">Imię i nazwisko rodzica/opiekuna: </w:t>
      </w: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542DE3D2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b/>
          <w:sz w:val="24"/>
          <w:szCs w:val="24"/>
        </w:rPr>
        <w:t xml:space="preserve">Telefon kontaktowy: </w:t>
      </w: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7F89C5FA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b/>
          <w:sz w:val="24"/>
          <w:szCs w:val="24"/>
        </w:rPr>
        <w:t xml:space="preserve">Adres e-mail: </w:t>
      </w: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637D0E17" w14:textId="77777777" w:rsidR="0002585A" w:rsidRPr="008E5DBD" w:rsidRDefault="007921B0">
      <w:pPr>
        <w:pStyle w:val="Nagwek2"/>
        <w:rPr>
          <w:rFonts w:ascii="Times New Roman" w:hAnsi="Times New Roman" w:cs="Times New Roman"/>
          <w:szCs w:val="24"/>
        </w:rPr>
      </w:pPr>
      <w:r w:rsidRPr="008E5DBD">
        <w:rPr>
          <w:rFonts w:ascii="Times New Roman" w:hAnsi="Times New Roman" w:cs="Times New Roman"/>
          <w:szCs w:val="24"/>
        </w:rPr>
        <w:t>3. Informacje ważne dla organizatora</w:t>
      </w:r>
    </w:p>
    <w:p w14:paraId="4F927560" w14:textId="77777777" w:rsidR="0002585A" w:rsidRPr="008E5DBD" w:rsidRDefault="007921B0">
      <w:pPr>
        <w:spacing w:after="2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Czy dziecko ma alergie, choroby, szczególne potrzeby lub inne informacje ważne dla bezpieczeństwa dziecka podczas zajęć?</w:t>
      </w:r>
    </w:p>
    <w:p w14:paraId="40ADC8BB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ascii="Segoe UI Symbol" w:hAnsi="Segoe UI Symbol" w:cs="Segoe UI Symbol"/>
          <w:sz w:val="24"/>
          <w:szCs w:val="24"/>
        </w:rPr>
        <w:t>☐</w:t>
      </w:r>
      <w:r w:rsidRPr="008E5DBD">
        <w:rPr>
          <w:rFonts w:cs="Times New Roman"/>
          <w:sz w:val="24"/>
          <w:szCs w:val="24"/>
        </w:rPr>
        <w:t xml:space="preserve"> nie</w:t>
      </w:r>
    </w:p>
    <w:p w14:paraId="65FA7424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ascii="Segoe UI Symbol" w:hAnsi="Segoe UI Symbol" w:cs="Segoe UI Symbol"/>
          <w:sz w:val="24"/>
          <w:szCs w:val="24"/>
        </w:rPr>
        <w:t>☐</w:t>
      </w:r>
      <w:r w:rsidRPr="008E5DBD">
        <w:rPr>
          <w:rFonts w:cs="Times New Roman"/>
          <w:sz w:val="24"/>
          <w:szCs w:val="24"/>
        </w:rPr>
        <w:t xml:space="preserve"> tak, jakie: ........................................................................................................</w:t>
      </w:r>
    </w:p>
    <w:p w14:paraId="54466A7C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2C6FF5FC" w14:textId="77777777" w:rsidR="0002585A" w:rsidRPr="008E5DBD" w:rsidRDefault="007921B0">
      <w:pPr>
        <w:spacing w:after="2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Czy dziecko może samodzielnie wracać do domu po zakończeniu zajęć?</w:t>
      </w:r>
    </w:p>
    <w:p w14:paraId="5E3C7D57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ascii="Segoe UI Symbol" w:hAnsi="Segoe UI Symbol" w:cs="Segoe UI Symbol"/>
          <w:sz w:val="24"/>
          <w:szCs w:val="24"/>
        </w:rPr>
        <w:t>☐</w:t>
      </w:r>
      <w:r w:rsidRPr="008E5DBD">
        <w:rPr>
          <w:rFonts w:cs="Times New Roman"/>
          <w:sz w:val="24"/>
          <w:szCs w:val="24"/>
        </w:rPr>
        <w:t xml:space="preserve"> tak</w:t>
      </w:r>
    </w:p>
    <w:p w14:paraId="51A166AB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ascii="Segoe UI Symbol" w:hAnsi="Segoe UI Symbol" w:cs="Segoe UI Symbol"/>
          <w:sz w:val="24"/>
          <w:szCs w:val="24"/>
        </w:rPr>
        <w:t>☐</w:t>
      </w:r>
      <w:r w:rsidRPr="008E5DBD">
        <w:rPr>
          <w:rFonts w:cs="Times New Roman"/>
          <w:sz w:val="24"/>
          <w:szCs w:val="24"/>
        </w:rPr>
        <w:t xml:space="preserve"> nie</w:t>
      </w:r>
    </w:p>
    <w:p w14:paraId="37EC95D3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Jeżeli nie, dziecko będzie odbierane przez:</w:t>
      </w:r>
    </w:p>
    <w:p w14:paraId="0A3C821E" w14:textId="77777777" w:rsidR="0002585A" w:rsidRPr="008E5DBD" w:rsidRDefault="007921B0">
      <w:pPr>
        <w:ind w:left="34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1. ........................................................................................................</w:t>
      </w:r>
    </w:p>
    <w:p w14:paraId="4E5870CB" w14:textId="77777777" w:rsidR="0002585A" w:rsidRPr="008E5DBD" w:rsidRDefault="007921B0">
      <w:pPr>
        <w:ind w:left="34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 xml:space="preserve">   imię i nazwisko, telefon</w:t>
      </w:r>
    </w:p>
    <w:p w14:paraId="31EC08EB" w14:textId="77777777" w:rsidR="0002585A" w:rsidRPr="008E5DBD" w:rsidRDefault="007921B0">
      <w:pPr>
        <w:ind w:left="34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2. ........................................................................................................</w:t>
      </w:r>
    </w:p>
    <w:p w14:paraId="471EEBCC" w14:textId="77777777" w:rsidR="0002585A" w:rsidRPr="008E5DBD" w:rsidRDefault="007921B0">
      <w:pPr>
        <w:ind w:left="34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 xml:space="preserve">   imię i nazwisko, telefon</w:t>
      </w:r>
    </w:p>
    <w:p w14:paraId="0848D571" w14:textId="77777777" w:rsidR="0002585A" w:rsidRPr="008E5DBD" w:rsidRDefault="007921B0">
      <w:pPr>
        <w:ind w:left="34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3. ........................................................................................................</w:t>
      </w:r>
    </w:p>
    <w:p w14:paraId="6D310BD7" w14:textId="77777777" w:rsidR="0002585A" w:rsidRDefault="007921B0">
      <w:pPr>
        <w:ind w:left="340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 xml:space="preserve">   </w:t>
      </w:r>
      <w:proofErr w:type="spellStart"/>
      <w:r w:rsidRPr="008E5DBD">
        <w:rPr>
          <w:rFonts w:cs="Times New Roman"/>
          <w:sz w:val="24"/>
          <w:szCs w:val="24"/>
        </w:rPr>
        <w:t>imię</w:t>
      </w:r>
      <w:proofErr w:type="spellEnd"/>
      <w:r w:rsidRPr="008E5DBD">
        <w:rPr>
          <w:rFonts w:cs="Times New Roman"/>
          <w:sz w:val="24"/>
          <w:szCs w:val="24"/>
        </w:rPr>
        <w:t xml:space="preserve"> i </w:t>
      </w:r>
      <w:proofErr w:type="spellStart"/>
      <w:r w:rsidRPr="008E5DBD">
        <w:rPr>
          <w:rFonts w:cs="Times New Roman"/>
          <w:sz w:val="24"/>
          <w:szCs w:val="24"/>
        </w:rPr>
        <w:t>nazwisko</w:t>
      </w:r>
      <w:proofErr w:type="spellEnd"/>
      <w:r w:rsidRPr="008E5DBD">
        <w:rPr>
          <w:rFonts w:cs="Times New Roman"/>
          <w:sz w:val="24"/>
          <w:szCs w:val="24"/>
        </w:rPr>
        <w:t xml:space="preserve">, </w:t>
      </w:r>
      <w:proofErr w:type="spellStart"/>
      <w:r w:rsidRPr="008E5DBD">
        <w:rPr>
          <w:rFonts w:cs="Times New Roman"/>
          <w:sz w:val="24"/>
          <w:szCs w:val="24"/>
        </w:rPr>
        <w:t>telefon</w:t>
      </w:r>
      <w:proofErr w:type="spellEnd"/>
    </w:p>
    <w:p w14:paraId="29C2CF1D" w14:textId="77777777" w:rsidR="008E5DBD" w:rsidRDefault="008E5DBD">
      <w:pPr>
        <w:ind w:left="340"/>
        <w:rPr>
          <w:rFonts w:cs="Times New Roman"/>
          <w:sz w:val="24"/>
          <w:szCs w:val="24"/>
        </w:rPr>
      </w:pPr>
    </w:p>
    <w:p w14:paraId="0B37A96E" w14:textId="77777777" w:rsidR="008E5DBD" w:rsidRDefault="008E5DBD">
      <w:pPr>
        <w:ind w:left="340"/>
        <w:rPr>
          <w:rFonts w:cs="Times New Roman"/>
          <w:sz w:val="24"/>
          <w:szCs w:val="24"/>
        </w:rPr>
      </w:pPr>
    </w:p>
    <w:p w14:paraId="4860D064" w14:textId="77777777" w:rsidR="008E5DBD" w:rsidRDefault="008E5DBD">
      <w:pPr>
        <w:ind w:left="340"/>
        <w:rPr>
          <w:rFonts w:cs="Times New Roman"/>
          <w:sz w:val="24"/>
          <w:szCs w:val="24"/>
        </w:rPr>
      </w:pPr>
    </w:p>
    <w:p w14:paraId="15C6376E" w14:textId="77777777" w:rsidR="008E5DBD" w:rsidRDefault="008E5DBD">
      <w:pPr>
        <w:ind w:left="340"/>
        <w:rPr>
          <w:rFonts w:cs="Times New Roman"/>
          <w:sz w:val="24"/>
          <w:szCs w:val="24"/>
        </w:rPr>
      </w:pPr>
    </w:p>
    <w:p w14:paraId="44D37AFE" w14:textId="77777777" w:rsidR="008E5DBD" w:rsidRDefault="008E5DBD">
      <w:pPr>
        <w:ind w:left="340"/>
        <w:rPr>
          <w:rFonts w:cs="Times New Roman"/>
          <w:sz w:val="24"/>
          <w:szCs w:val="24"/>
        </w:rPr>
      </w:pPr>
    </w:p>
    <w:p w14:paraId="3DFB641A" w14:textId="77777777" w:rsidR="008E5DBD" w:rsidRPr="008E5DBD" w:rsidRDefault="008E5DBD">
      <w:pPr>
        <w:ind w:left="340"/>
        <w:rPr>
          <w:rFonts w:cs="Times New Roman"/>
          <w:sz w:val="24"/>
          <w:szCs w:val="24"/>
        </w:rPr>
      </w:pPr>
    </w:p>
    <w:p w14:paraId="0DA0355D" w14:textId="77777777" w:rsidR="0002585A" w:rsidRPr="008E5DBD" w:rsidRDefault="007921B0">
      <w:pPr>
        <w:pStyle w:val="Nagwek2"/>
        <w:rPr>
          <w:rFonts w:ascii="Times New Roman" w:hAnsi="Times New Roman" w:cs="Times New Roman"/>
          <w:szCs w:val="24"/>
        </w:rPr>
      </w:pPr>
      <w:r w:rsidRPr="008E5DBD">
        <w:rPr>
          <w:rFonts w:ascii="Times New Roman" w:hAnsi="Times New Roman" w:cs="Times New Roman"/>
          <w:szCs w:val="24"/>
        </w:rPr>
        <w:lastRenderedPageBreak/>
        <w:t>4. Oświadczenia rodzica / opiekuna prawnego</w:t>
      </w:r>
    </w:p>
    <w:p w14:paraId="562BE6CF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Oświadczam, że:</w:t>
      </w:r>
    </w:p>
    <w:p w14:paraId="6D426B9D" w14:textId="34EFB6B0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 xml:space="preserve">1.  wyrażam zgodę na udział mojego dziecka w zajęciach „Wakacje w Bibliotece 2026” organizowanych przez Gminną </w:t>
      </w:r>
      <w:proofErr w:type="spellStart"/>
      <w:r w:rsidRPr="008E5DBD">
        <w:rPr>
          <w:rFonts w:cs="Times New Roman"/>
          <w:sz w:val="24"/>
          <w:szCs w:val="24"/>
        </w:rPr>
        <w:t>Bibliotekę</w:t>
      </w:r>
      <w:proofErr w:type="spellEnd"/>
      <w:r w:rsidRPr="008E5DBD">
        <w:rPr>
          <w:rFonts w:cs="Times New Roman"/>
          <w:sz w:val="24"/>
          <w:szCs w:val="24"/>
        </w:rPr>
        <w:t xml:space="preserve"> </w:t>
      </w:r>
      <w:proofErr w:type="spellStart"/>
      <w:r w:rsidRPr="008E5DBD">
        <w:rPr>
          <w:rFonts w:cs="Times New Roman"/>
          <w:sz w:val="24"/>
          <w:szCs w:val="24"/>
        </w:rPr>
        <w:t>Publiczną</w:t>
      </w:r>
      <w:proofErr w:type="spellEnd"/>
      <w:r w:rsidRPr="008E5DBD">
        <w:rPr>
          <w:rFonts w:cs="Times New Roman"/>
          <w:sz w:val="24"/>
          <w:szCs w:val="24"/>
        </w:rPr>
        <w:t xml:space="preserve"> w </w:t>
      </w:r>
      <w:proofErr w:type="spellStart"/>
      <w:r w:rsidRPr="008E5DBD">
        <w:rPr>
          <w:rFonts w:cs="Times New Roman"/>
          <w:sz w:val="24"/>
          <w:szCs w:val="24"/>
        </w:rPr>
        <w:t>Spiczynie</w:t>
      </w:r>
      <w:proofErr w:type="spellEnd"/>
      <w:r w:rsidRPr="008E5DBD">
        <w:rPr>
          <w:rFonts w:cs="Times New Roman"/>
          <w:sz w:val="24"/>
          <w:szCs w:val="24"/>
        </w:rPr>
        <w:t xml:space="preserve"> </w:t>
      </w:r>
      <w:r w:rsidR="008E5DBD" w:rsidRPr="008E5DBD">
        <w:rPr>
          <w:rFonts w:cs="Times New Roman"/>
          <w:sz w:val="24"/>
          <w:szCs w:val="24"/>
        </w:rPr>
        <w:t>w</w:t>
      </w:r>
      <w:r w:rsidRPr="008E5DBD">
        <w:rPr>
          <w:rFonts w:cs="Times New Roman"/>
          <w:sz w:val="24"/>
          <w:szCs w:val="24"/>
        </w:rPr>
        <w:t xml:space="preserve"> Fili</w:t>
      </w:r>
      <w:r w:rsidR="008E5DBD" w:rsidRPr="008E5DBD">
        <w:rPr>
          <w:rFonts w:cs="Times New Roman"/>
          <w:sz w:val="24"/>
          <w:szCs w:val="24"/>
        </w:rPr>
        <w:t>i</w:t>
      </w:r>
      <w:r w:rsidRPr="008E5DBD">
        <w:rPr>
          <w:rFonts w:cs="Times New Roman"/>
          <w:sz w:val="24"/>
          <w:szCs w:val="24"/>
        </w:rPr>
        <w:t xml:space="preserve"> w </w:t>
      </w:r>
      <w:proofErr w:type="spellStart"/>
      <w:r w:rsidRPr="008E5DBD">
        <w:rPr>
          <w:rFonts w:cs="Times New Roman"/>
          <w:sz w:val="24"/>
          <w:szCs w:val="24"/>
        </w:rPr>
        <w:t>Zawieprzycach</w:t>
      </w:r>
      <w:proofErr w:type="spellEnd"/>
      <w:r w:rsidRPr="008E5DBD">
        <w:rPr>
          <w:rFonts w:cs="Times New Roman"/>
          <w:sz w:val="24"/>
          <w:szCs w:val="24"/>
        </w:rPr>
        <w:t>;</w:t>
      </w:r>
    </w:p>
    <w:p w14:paraId="28274CC3" w14:textId="77777777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2.  zapoznałam/em się z Regulaminem zajęć „Wakacje w Bibliotece 2026” i akceptuję jego postanowienia;</w:t>
      </w:r>
    </w:p>
    <w:p w14:paraId="06B8AFE2" w14:textId="77777777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3.  zobowiązuję się do punktualnego przyprowadzania i odbierania dziecka z zajęć, jeżeli dziecko nie ma zgody na samodzielny powrót do domu;</w:t>
      </w:r>
    </w:p>
    <w:p w14:paraId="764018D0" w14:textId="77777777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4.  przyjmuję do wiadomości, że w przypadku wyrażenia zgody na samodzielny powrót dziecka do domu odpowiedzialność organizatora kończy się z chwilą zakończenia zajęć i opuszczenia przez dziecko miejsca ich prowadzenia;</w:t>
      </w:r>
    </w:p>
    <w:p w14:paraId="1404C7BF" w14:textId="77777777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5.  przyjmuję do wiadomości, że organizator nie zapewnia uczestnikom posiłków; dziecko może posiadać własny napój i przekąskę;</w:t>
      </w:r>
    </w:p>
    <w:p w14:paraId="166F9852" w14:textId="77777777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6.  przyjmuję do wiadomości, że organizator nie podaje dzieciom leków;</w:t>
      </w:r>
    </w:p>
    <w:p w14:paraId="52334287" w14:textId="77777777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7.  przyjmuję do wiadomości, że organizator nie ponosi odpowiedzialności za rzeczy pozostawione, zagubione lub zniszczone przez dziecko podczas zajęć;</w:t>
      </w:r>
    </w:p>
    <w:p w14:paraId="138C0C7D" w14:textId="77777777" w:rsidR="0002585A" w:rsidRPr="008E5DBD" w:rsidRDefault="007921B0">
      <w:pPr>
        <w:ind w:left="340" w:hanging="227"/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8.  oświadczam, że podałam/em prawdziwe dane kontaktowe i zobowiązuję się być dostępna/y pod wskazanym numerem telefonu w czasie trwania zajęć.</w:t>
      </w:r>
    </w:p>
    <w:p w14:paraId="55E3BA8E" w14:textId="7B7D93A2" w:rsidR="0002585A" w:rsidRPr="008E5DBD" w:rsidRDefault="008E5DBD">
      <w:pPr>
        <w:pStyle w:val="Nagwek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8E5DBD">
        <w:rPr>
          <w:rFonts w:ascii="Times New Roman" w:hAnsi="Times New Roman" w:cs="Times New Roman"/>
          <w:szCs w:val="24"/>
        </w:rPr>
        <w:t>. Podpis rodzica / opiekuna prawnego</w:t>
      </w:r>
    </w:p>
    <w:p w14:paraId="1C78AEC8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Miejscowość i data: ........................................................................................................</w:t>
      </w:r>
    </w:p>
    <w:p w14:paraId="5CD5F649" w14:textId="77777777" w:rsidR="0002585A" w:rsidRPr="008E5DBD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Czytelny podpis rodzica/opiekuna prawnego:</w:t>
      </w:r>
    </w:p>
    <w:p w14:paraId="1756413D" w14:textId="1AE604F7" w:rsidR="0002585A" w:rsidRDefault="007921B0">
      <w:pPr>
        <w:rPr>
          <w:rFonts w:cs="Times New Roman"/>
          <w:sz w:val="24"/>
          <w:szCs w:val="24"/>
        </w:rPr>
      </w:pPr>
      <w:r w:rsidRPr="008E5DBD">
        <w:rPr>
          <w:rFonts w:cs="Times New Roman"/>
          <w:sz w:val="24"/>
          <w:szCs w:val="24"/>
        </w:rPr>
        <w:t>........................................................................................................</w:t>
      </w:r>
    </w:p>
    <w:p w14:paraId="59FEE98F" w14:textId="77777777" w:rsidR="00430DF5" w:rsidRDefault="00430DF5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03E1B0A8" w14:textId="4B6AC470" w:rsidR="00430DF5" w:rsidRPr="00430DF5" w:rsidRDefault="00430DF5" w:rsidP="00430DF5">
      <w:pPr>
        <w:rPr>
          <w:rFonts w:cs="Times New Roman"/>
          <w:b/>
          <w:bCs/>
          <w:sz w:val="24"/>
          <w:szCs w:val="24"/>
          <w:lang w:val="pl-PL"/>
        </w:rPr>
      </w:pPr>
      <w:r w:rsidRPr="00430DF5">
        <w:rPr>
          <w:rFonts w:cs="Times New Roman"/>
          <w:b/>
          <w:bCs/>
          <w:sz w:val="24"/>
          <w:szCs w:val="24"/>
          <w:lang w:val="pl-PL"/>
        </w:rPr>
        <w:t>OŚWIADCZENIA</w:t>
      </w:r>
    </w:p>
    <w:p w14:paraId="0442E2B8" w14:textId="3E0D2256" w:rsidR="00430DF5" w:rsidRPr="00BA0302" w:rsidRDefault="00430DF5" w:rsidP="00430DF5">
      <w:pPr>
        <w:rPr>
          <w:rFonts w:cs="Times New Roman"/>
          <w:sz w:val="18"/>
          <w:szCs w:val="18"/>
          <w:lang w:val="pl-PL"/>
        </w:rPr>
      </w:pPr>
      <w:r w:rsidRPr="00430DF5">
        <w:rPr>
          <w:rFonts w:cs="Times New Roman"/>
          <w:sz w:val="24"/>
          <w:szCs w:val="24"/>
          <w:lang w:val="pl-PL"/>
        </w:rPr>
        <w:t xml:space="preserve">1. </w:t>
      </w:r>
      <w:r w:rsidRPr="00430DF5">
        <w:rPr>
          <w:rFonts w:cs="Times New Roman"/>
          <w:b/>
          <w:bCs/>
          <w:sz w:val="24"/>
          <w:szCs w:val="24"/>
          <w:lang w:val="pl-PL"/>
        </w:rPr>
        <w:t>Zgoda na przetwarzanie danych osobowych</w:t>
      </w:r>
      <w:r w:rsidRPr="00430DF5">
        <w:rPr>
          <w:rFonts w:cs="Times New Roman"/>
          <w:sz w:val="24"/>
          <w:szCs w:val="24"/>
          <w:lang w:val="pl-PL"/>
        </w:rPr>
        <w:br/>
        <w:t>Wyrażam zgodę na przetwarzanie danych osobowych</w:t>
      </w:r>
      <w:r>
        <w:rPr>
          <w:rFonts w:cs="Times New Roman"/>
          <w:sz w:val="24"/>
          <w:szCs w:val="24"/>
          <w:lang w:val="pl-PL"/>
        </w:rPr>
        <w:t xml:space="preserve"> </w:t>
      </w:r>
      <w:r w:rsidRPr="00430DF5">
        <w:rPr>
          <w:rFonts w:cs="Times New Roman"/>
          <w:sz w:val="24"/>
          <w:szCs w:val="24"/>
          <w:lang w:val="pl-PL"/>
        </w:rPr>
        <w:t xml:space="preserve">przez Organizatora </w:t>
      </w:r>
      <w:proofErr w:type="spellStart"/>
      <w:r w:rsidRPr="006C6952">
        <w:t>zajęć</w:t>
      </w:r>
      <w:proofErr w:type="spellEnd"/>
      <w:r w:rsidRPr="006C6952">
        <w:t xml:space="preserve"> „</w:t>
      </w:r>
      <w:proofErr w:type="spellStart"/>
      <w:r w:rsidRPr="006C6952">
        <w:t>Wakacje</w:t>
      </w:r>
      <w:proofErr w:type="spellEnd"/>
      <w:r w:rsidRPr="006C6952">
        <w:t xml:space="preserve"> w </w:t>
      </w:r>
      <w:proofErr w:type="spellStart"/>
      <w:r w:rsidRPr="006C6952">
        <w:t>Bibliotece</w:t>
      </w:r>
      <w:proofErr w:type="spellEnd"/>
      <w:r w:rsidRPr="006C6952">
        <w:t xml:space="preserve"> </w:t>
      </w:r>
      <w:r w:rsidRPr="006C6952">
        <w:t>2026”</w:t>
      </w:r>
      <w:r>
        <w:t xml:space="preserve"> </w:t>
      </w:r>
      <w:r w:rsidRPr="00430DF5">
        <w:rPr>
          <w:rFonts w:cs="Times New Roman"/>
          <w:sz w:val="24"/>
          <w:szCs w:val="24"/>
          <w:lang w:val="pl-PL"/>
        </w:rPr>
        <w:t>w</w:t>
      </w:r>
      <w:r w:rsidRPr="00430DF5">
        <w:rPr>
          <w:rFonts w:cs="Times New Roman"/>
          <w:sz w:val="24"/>
          <w:szCs w:val="24"/>
          <w:lang w:val="pl-PL"/>
        </w:rPr>
        <w:t xml:space="preserve"> celu przeprowadzenia </w:t>
      </w:r>
      <w:r>
        <w:rPr>
          <w:rFonts w:cs="Times New Roman"/>
          <w:sz w:val="24"/>
          <w:szCs w:val="24"/>
          <w:lang w:val="pl-PL"/>
        </w:rPr>
        <w:t>wydarzenia,</w:t>
      </w:r>
      <w:r w:rsidRPr="00430DF5">
        <w:rPr>
          <w:rFonts w:cs="Times New Roman"/>
          <w:sz w:val="24"/>
          <w:szCs w:val="24"/>
          <w:lang w:val="pl-PL"/>
        </w:rPr>
        <w:t xml:space="preserve"> zgodnie z art. 6 ust. 1 lit. a Rozporządzenia Parlamentu Europejskiego i Rady (UE) 2016/679 z dnia 27 kwietnia 2016 r. (RODO). Oświadczam, że zostałem/</w:t>
      </w:r>
      <w:proofErr w:type="spellStart"/>
      <w:r w:rsidRPr="00430DF5">
        <w:rPr>
          <w:rFonts w:cs="Times New Roman"/>
          <w:sz w:val="24"/>
          <w:szCs w:val="24"/>
          <w:lang w:val="pl-PL"/>
        </w:rPr>
        <w:t>am</w:t>
      </w:r>
      <w:proofErr w:type="spellEnd"/>
      <w:r w:rsidRPr="00430DF5">
        <w:rPr>
          <w:rFonts w:cs="Times New Roman"/>
          <w:sz w:val="24"/>
          <w:szCs w:val="24"/>
          <w:lang w:val="pl-PL"/>
        </w:rPr>
        <w:t xml:space="preserve"> poinformowany/a o prawie do wglądu, poprawiania i usunięcia moich danych osobowych.</w:t>
      </w:r>
    </w:p>
    <w:p w14:paraId="15005D7A" w14:textId="7EBABA25" w:rsidR="00430DF5" w:rsidRPr="00BA0302" w:rsidRDefault="00430DF5" w:rsidP="00430DF5">
      <w:pPr>
        <w:rPr>
          <w:rFonts w:cs="Times New Roman"/>
          <w:b/>
          <w:bCs/>
          <w:sz w:val="24"/>
          <w:szCs w:val="24"/>
          <w:lang w:val="pl-PL"/>
        </w:rPr>
      </w:pPr>
      <w:r w:rsidRPr="00BA0302">
        <w:rPr>
          <w:rFonts w:cs="Times New Roman"/>
          <w:b/>
          <w:bCs/>
          <w:sz w:val="24"/>
          <w:szCs w:val="24"/>
          <w:lang w:val="pl-PL"/>
        </w:rPr>
        <w:t xml:space="preserve">Podpis </w:t>
      </w:r>
      <w:r w:rsidR="00BA0302" w:rsidRPr="00BA0302">
        <w:rPr>
          <w:rFonts w:cs="Times New Roman"/>
          <w:b/>
          <w:bCs/>
          <w:sz w:val="24"/>
          <w:szCs w:val="24"/>
          <w:lang w:val="pl-PL"/>
        </w:rPr>
        <w:t>rodzica/</w:t>
      </w:r>
      <w:r w:rsidR="00BA0302" w:rsidRPr="00BA0302">
        <w:rPr>
          <w:rFonts w:cs="Times New Roman"/>
          <w:b/>
          <w:bCs/>
          <w:szCs w:val="24"/>
        </w:rPr>
        <w:t xml:space="preserve"> </w:t>
      </w:r>
      <w:proofErr w:type="spellStart"/>
      <w:r w:rsidR="00BA0302" w:rsidRPr="00BA0302">
        <w:rPr>
          <w:rFonts w:cs="Times New Roman"/>
          <w:b/>
          <w:bCs/>
          <w:szCs w:val="24"/>
        </w:rPr>
        <w:t>opiekuna</w:t>
      </w:r>
      <w:proofErr w:type="spellEnd"/>
      <w:r w:rsidR="00BA0302" w:rsidRPr="00BA0302">
        <w:rPr>
          <w:rFonts w:cs="Times New Roman"/>
          <w:b/>
          <w:bCs/>
          <w:szCs w:val="24"/>
        </w:rPr>
        <w:t xml:space="preserve"> </w:t>
      </w:r>
      <w:proofErr w:type="spellStart"/>
      <w:r w:rsidR="00BA0302" w:rsidRPr="00BA0302">
        <w:rPr>
          <w:rFonts w:cs="Times New Roman"/>
          <w:b/>
          <w:bCs/>
          <w:szCs w:val="24"/>
        </w:rPr>
        <w:t>prawnego</w:t>
      </w:r>
      <w:proofErr w:type="spellEnd"/>
      <w:r w:rsidRPr="00BA0302">
        <w:rPr>
          <w:rFonts w:cs="Times New Roman"/>
          <w:b/>
          <w:bCs/>
          <w:sz w:val="24"/>
          <w:szCs w:val="24"/>
          <w:lang w:val="pl-PL"/>
        </w:rPr>
        <w:t>: _________________________</w:t>
      </w:r>
    </w:p>
    <w:p w14:paraId="739250DE" w14:textId="77777777" w:rsidR="00430DF5" w:rsidRDefault="00430DF5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03FA9EA7" w14:textId="7EC7DA03" w:rsidR="00BA0302" w:rsidRPr="00BA0302" w:rsidRDefault="00BA0302" w:rsidP="00BA0302">
      <w:pPr>
        <w:rPr>
          <w:rFonts w:cs="Times New Roman"/>
          <w:sz w:val="18"/>
          <w:szCs w:val="18"/>
          <w:lang w:val="pl-PL"/>
        </w:rPr>
      </w:pPr>
      <w:r>
        <w:rPr>
          <w:rFonts w:cs="Times New Roman"/>
          <w:b/>
          <w:bCs/>
          <w:sz w:val="24"/>
          <w:szCs w:val="24"/>
          <w:lang w:val="pl-PL"/>
        </w:rPr>
        <w:t xml:space="preserve">2. </w:t>
      </w:r>
      <w:r w:rsidRPr="00430DF5">
        <w:rPr>
          <w:rFonts w:cs="Times New Roman"/>
          <w:b/>
          <w:bCs/>
          <w:sz w:val="24"/>
          <w:szCs w:val="24"/>
          <w:lang w:val="pl-PL"/>
        </w:rPr>
        <w:t>Zgoda na przetwarzanie danych osobowych</w:t>
      </w:r>
      <w:r>
        <w:rPr>
          <w:rFonts w:cs="Times New Roman"/>
          <w:b/>
          <w:bCs/>
          <w:sz w:val="24"/>
          <w:szCs w:val="24"/>
          <w:lang w:val="pl-PL"/>
        </w:rPr>
        <w:t xml:space="preserve"> mojego dziecka / podopiecznego</w:t>
      </w:r>
      <w:r w:rsidRPr="00430DF5">
        <w:rPr>
          <w:rFonts w:cs="Times New Roman"/>
          <w:sz w:val="24"/>
          <w:szCs w:val="24"/>
          <w:lang w:val="pl-PL"/>
        </w:rPr>
        <w:br/>
        <w:t>Wyrażam zgodę na przetwarzanie danych osobowych</w:t>
      </w:r>
      <w:r>
        <w:rPr>
          <w:rFonts w:cs="Times New Roman"/>
          <w:sz w:val="24"/>
          <w:szCs w:val="24"/>
          <w:lang w:val="pl-PL"/>
        </w:rPr>
        <w:t xml:space="preserve"> </w:t>
      </w:r>
      <w:r>
        <w:rPr>
          <w:rFonts w:cs="Times New Roman"/>
          <w:sz w:val="24"/>
          <w:szCs w:val="24"/>
          <w:lang w:val="pl-PL"/>
        </w:rPr>
        <w:t xml:space="preserve">mojego dziecka/prawnego podopiecznego </w:t>
      </w:r>
      <w:r w:rsidRPr="00430DF5">
        <w:rPr>
          <w:rFonts w:cs="Times New Roman"/>
          <w:sz w:val="24"/>
          <w:szCs w:val="24"/>
          <w:lang w:val="pl-PL"/>
        </w:rPr>
        <w:t xml:space="preserve">przez Organizatora </w:t>
      </w:r>
      <w:proofErr w:type="spellStart"/>
      <w:r w:rsidRPr="006C6952">
        <w:t>zajęć</w:t>
      </w:r>
      <w:proofErr w:type="spellEnd"/>
      <w:r w:rsidRPr="006C6952">
        <w:t xml:space="preserve"> „</w:t>
      </w:r>
      <w:proofErr w:type="spellStart"/>
      <w:r w:rsidRPr="006C6952">
        <w:t>Wakacje</w:t>
      </w:r>
      <w:proofErr w:type="spellEnd"/>
      <w:r w:rsidRPr="006C6952">
        <w:t xml:space="preserve"> w </w:t>
      </w:r>
      <w:proofErr w:type="spellStart"/>
      <w:r w:rsidRPr="006C6952">
        <w:t>Bibliotece</w:t>
      </w:r>
      <w:proofErr w:type="spellEnd"/>
      <w:r w:rsidRPr="006C6952">
        <w:t xml:space="preserve"> 2026”</w:t>
      </w:r>
      <w:r>
        <w:t xml:space="preserve"> </w:t>
      </w:r>
      <w:r w:rsidRPr="00430DF5">
        <w:rPr>
          <w:rFonts w:cs="Times New Roman"/>
          <w:sz w:val="24"/>
          <w:szCs w:val="24"/>
          <w:lang w:val="pl-PL"/>
        </w:rPr>
        <w:t xml:space="preserve">w celu przeprowadzenia </w:t>
      </w:r>
      <w:r>
        <w:rPr>
          <w:rFonts w:cs="Times New Roman"/>
          <w:sz w:val="24"/>
          <w:szCs w:val="24"/>
          <w:lang w:val="pl-PL"/>
        </w:rPr>
        <w:t>wydarzenia,</w:t>
      </w:r>
      <w:r w:rsidRPr="00430DF5">
        <w:rPr>
          <w:rFonts w:cs="Times New Roman"/>
          <w:sz w:val="24"/>
          <w:szCs w:val="24"/>
          <w:lang w:val="pl-PL"/>
        </w:rPr>
        <w:t xml:space="preserve"> zgodnie z art. 6 ust. 1 lit. a Rozporządzenia Parlamentu Europejskiego i Rady (UE) 2016/679 z dnia 27 kwietnia 2016 r. (RODO). Oświadczam, że zostałem/</w:t>
      </w:r>
      <w:proofErr w:type="spellStart"/>
      <w:r w:rsidRPr="00430DF5">
        <w:rPr>
          <w:rFonts w:cs="Times New Roman"/>
          <w:sz w:val="24"/>
          <w:szCs w:val="24"/>
          <w:lang w:val="pl-PL"/>
        </w:rPr>
        <w:t>am</w:t>
      </w:r>
      <w:proofErr w:type="spellEnd"/>
      <w:r w:rsidRPr="00430DF5">
        <w:rPr>
          <w:rFonts w:cs="Times New Roman"/>
          <w:sz w:val="24"/>
          <w:szCs w:val="24"/>
          <w:lang w:val="pl-PL"/>
        </w:rPr>
        <w:t xml:space="preserve"> poinformowany/a o prawie do wglądu, poprawiania i usunięcia moich danych osobowych.</w:t>
      </w:r>
    </w:p>
    <w:p w14:paraId="40A52F6E" w14:textId="77777777" w:rsidR="00BA0302" w:rsidRPr="00430DF5" w:rsidRDefault="00BA0302" w:rsidP="00BA0302">
      <w:pPr>
        <w:rPr>
          <w:rFonts w:cs="Times New Roman"/>
          <w:sz w:val="24"/>
          <w:szCs w:val="24"/>
          <w:lang w:val="pl-PL"/>
        </w:rPr>
      </w:pPr>
      <w:r w:rsidRPr="00430DF5">
        <w:rPr>
          <w:rFonts w:cs="Times New Roman"/>
          <w:b/>
          <w:bCs/>
          <w:sz w:val="24"/>
          <w:szCs w:val="24"/>
          <w:lang w:val="pl-PL"/>
        </w:rPr>
        <w:t xml:space="preserve">Podpis </w:t>
      </w:r>
      <w:r>
        <w:rPr>
          <w:rFonts w:cs="Times New Roman"/>
          <w:b/>
          <w:bCs/>
          <w:sz w:val="24"/>
          <w:szCs w:val="24"/>
          <w:lang w:val="pl-PL"/>
        </w:rPr>
        <w:t>rodzica/opiekuna prawnego</w:t>
      </w:r>
      <w:r w:rsidRPr="00430DF5">
        <w:rPr>
          <w:rFonts w:cs="Times New Roman"/>
          <w:b/>
          <w:bCs/>
          <w:sz w:val="24"/>
          <w:szCs w:val="24"/>
          <w:lang w:val="pl-PL"/>
        </w:rPr>
        <w:t>:</w:t>
      </w:r>
      <w:r w:rsidRPr="00430DF5">
        <w:rPr>
          <w:rFonts w:cs="Times New Roman"/>
          <w:sz w:val="24"/>
          <w:szCs w:val="24"/>
          <w:lang w:val="pl-PL"/>
        </w:rPr>
        <w:t xml:space="preserve"> _________________________</w:t>
      </w:r>
    </w:p>
    <w:p w14:paraId="5CEA673C" w14:textId="77777777" w:rsidR="00BA0302" w:rsidRDefault="00BA0302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0C3F2B71" w14:textId="77777777" w:rsidR="00BA0302" w:rsidRDefault="00BA0302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2F3A75DF" w14:textId="77777777" w:rsidR="00BA0302" w:rsidRDefault="00BA0302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61D9882D" w14:textId="77777777" w:rsidR="00BA0302" w:rsidRDefault="00BA0302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407CF185" w14:textId="77777777" w:rsidR="00BA0302" w:rsidRDefault="00BA0302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04E517DC" w14:textId="77777777" w:rsidR="00BA0302" w:rsidRDefault="00BA0302" w:rsidP="00430DF5">
      <w:pPr>
        <w:rPr>
          <w:rFonts w:cs="Times New Roman"/>
          <w:b/>
          <w:bCs/>
          <w:sz w:val="24"/>
          <w:szCs w:val="24"/>
          <w:lang w:val="pl-PL"/>
        </w:rPr>
      </w:pPr>
    </w:p>
    <w:p w14:paraId="4A0EC060" w14:textId="5CB1241B" w:rsidR="00430DF5" w:rsidRPr="00430DF5" w:rsidRDefault="00BA0302" w:rsidP="00430DF5">
      <w:pPr>
        <w:rPr>
          <w:rFonts w:cs="Times New Roman"/>
          <w:b/>
          <w:bCs/>
          <w:sz w:val="24"/>
          <w:szCs w:val="24"/>
          <w:lang w:val="pl-PL"/>
        </w:rPr>
      </w:pPr>
      <w:r>
        <w:rPr>
          <w:rFonts w:cs="Times New Roman"/>
          <w:b/>
          <w:bCs/>
          <w:sz w:val="24"/>
          <w:szCs w:val="24"/>
          <w:lang w:val="pl-PL"/>
        </w:rPr>
        <w:t>3</w:t>
      </w:r>
      <w:r w:rsidR="00430DF5" w:rsidRPr="00430DF5">
        <w:rPr>
          <w:rFonts w:cs="Times New Roman"/>
          <w:b/>
          <w:bCs/>
          <w:sz w:val="24"/>
          <w:szCs w:val="24"/>
          <w:lang w:val="pl-PL"/>
        </w:rPr>
        <w:t>. Zgoda na wykorzystanie wizerunku</w:t>
      </w:r>
      <w:r w:rsidR="00430DF5">
        <w:rPr>
          <w:rFonts w:cs="Times New Roman"/>
          <w:b/>
          <w:bCs/>
          <w:sz w:val="24"/>
          <w:szCs w:val="24"/>
          <w:lang w:val="pl-PL"/>
        </w:rPr>
        <w:t xml:space="preserve"> mojego dziecka</w:t>
      </w:r>
      <w:r w:rsidR="00430DF5" w:rsidRPr="00430DF5">
        <w:rPr>
          <w:rFonts w:cs="Times New Roman"/>
          <w:b/>
          <w:bCs/>
          <w:sz w:val="24"/>
          <w:szCs w:val="24"/>
          <w:lang w:val="pl-PL"/>
        </w:rPr>
        <w:br/>
      </w:r>
      <w:r w:rsidR="00430DF5" w:rsidRPr="00430DF5">
        <w:rPr>
          <w:rFonts w:cs="Times New Roman"/>
          <w:sz w:val="24"/>
          <w:szCs w:val="24"/>
          <w:lang w:val="pl-PL"/>
        </w:rPr>
        <w:t>Wyrażam zgodę na nieodpłatne wykorzystanie wizerunku</w:t>
      </w:r>
      <w:r w:rsidR="00430DF5">
        <w:rPr>
          <w:rFonts w:cs="Times New Roman"/>
          <w:sz w:val="24"/>
          <w:szCs w:val="24"/>
          <w:lang w:val="pl-PL"/>
        </w:rPr>
        <w:t xml:space="preserve"> mojego dziecka</w:t>
      </w:r>
      <w:r>
        <w:rPr>
          <w:rFonts w:cs="Times New Roman"/>
          <w:sz w:val="24"/>
          <w:szCs w:val="24"/>
          <w:lang w:val="pl-PL"/>
        </w:rPr>
        <w:t>/</w:t>
      </w:r>
      <w:r w:rsidRPr="00BA0302">
        <w:rPr>
          <w:rFonts w:cs="Times New Roman"/>
          <w:sz w:val="24"/>
          <w:szCs w:val="24"/>
          <w:lang w:val="pl-PL"/>
        </w:rPr>
        <w:t xml:space="preserve"> </w:t>
      </w:r>
      <w:r>
        <w:rPr>
          <w:rFonts w:cs="Times New Roman"/>
          <w:sz w:val="24"/>
          <w:szCs w:val="24"/>
          <w:lang w:val="pl-PL"/>
        </w:rPr>
        <w:t>prawnego podopiecznego</w:t>
      </w:r>
      <w:r>
        <w:rPr>
          <w:rFonts w:cs="Times New Roman"/>
          <w:sz w:val="24"/>
          <w:szCs w:val="24"/>
          <w:lang w:val="pl-PL"/>
        </w:rPr>
        <w:br/>
      </w:r>
      <w:r w:rsidR="00430DF5" w:rsidRPr="00430DF5">
        <w:rPr>
          <w:rFonts w:cs="Times New Roman"/>
          <w:sz w:val="24"/>
          <w:szCs w:val="24"/>
          <w:lang w:val="pl-PL"/>
        </w:rPr>
        <w:t xml:space="preserve"> w materiałach promocyjnych i informacyjnych związanych z </w:t>
      </w:r>
      <w:r w:rsidR="00430DF5">
        <w:rPr>
          <w:rFonts w:cs="Times New Roman"/>
          <w:sz w:val="24"/>
          <w:szCs w:val="24"/>
          <w:lang w:val="pl-PL"/>
        </w:rPr>
        <w:t>wydarzeniem „</w:t>
      </w:r>
      <w:proofErr w:type="spellStart"/>
      <w:r w:rsidR="00430DF5" w:rsidRPr="006C6952">
        <w:t>Wakacje</w:t>
      </w:r>
      <w:proofErr w:type="spellEnd"/>
      <w:r w:rsidR="00430DF5" w:rsidRPr="006C6952">
        <w:t xml:space="preserve"> w </w:t>
      </w:r>
      <w:proofErr w:type="spellStart"/>
      <w:r w:rsidR="00430DF5" w:rsidRPr="006C6952">
        <w:t>Bibliotece</w:t>
      </w:r>
      <w:proofErr w:type="spellEnd"/>
      <w:r w:rsidR="00430DF5" w:rsidRPr="006C6952">
        <w:t xml:space="preserve"> 2026”</w:t>
      </w:r>
      <w:r w:rsidR="00430DF5" w:rsidRPr="00430DF5">
        <w:rPr>
          <w:rFonts w:cs="Times New Roman"/>
          <w:sz w:val="24"/>
          <w:szCs w:val="24"/>
          <w:lang w:val="pl-PL"/>
        </w:rPr>
        <w:t>, w tym na stronach internetowych i mediach społecznościowych Organizatora.</w:t>
      </w:r>
    </w:p>
    <w:p w14:paraId="32F6FF6A" w14:textId="662B6A8C" w:rsidR="00430DF5" w:rsidRPr="00430DF5" w:rsidRDefault="00430DF5" w:rsidP="00430DF5">
      <w:pPr>
        <w:rPr>
          <w:rFonts w:cs="Times New Roman"/>
          <w:sz w:val="24"/>
          <w:szCs w:val="24"/>
          <w:lang w:val="pl-PL"/>
        </w:rPr>
      </w:pPr>
      <w:r w:rsidRPr="00430DF5">
        <w:rPr>
          <w:rFonts w:cs="Times New Roman"/>
          <w:b/>
          <w:bCs/>
          <w:sz w:val="24"/>
          <w:szCs w:val="24"/>
          <w:lang w:val="pl-PL"/>
        </w:rPr>
        <w:t xml:space="preserve">Podpis </w:t>
      </w:r>
      <w:r w:rsidR="00BA0302">
        <w:rPr>
          <w:rFonts w:cs="Times New Roman"/>
          <w:b/>
          <w:bCs/>
          <w:sz w:val="24"/>
          <w:szCs w:val="24"/>
          <w:lang w:val="pl-PL"/>
        </w:rPr>
        <w:t>rodzica/opiekuna prawnego</w:t>
      </w:r>
      <w:r w:rsidRPr="00430DF5">
        <w:rPr>
          <w:rFonts w:cs="Times New Roman"/>
          <w:b/>
          <w:bCs/>
          <w:sz w:val="24"/>
          <w:szCs w:val="24"/>
          <w:lang w:val="pl-PL"/>
        </w:rPr>
        <w:t>:</w:t>
      </w:r>
      <w:r w:rsidRPr="00430DF5">
        <w:rPr>
          <w:rFonts w:cs="Times New Roman"/>
          <w:sz w:val="24"/>
          <w:szCs w:val="24"/>
          <w:lang w:val="pl-PL"/>
        </w:rPr>
        <w:t xml:space="preserve"> _________________________</w:t>
      </w:r>
    </w:p>
    <w:p w14:paraId="1FFF6A7A" w14:textId="77777777" w:rsidR="00430DF5" w:rsidRPr="00430DF5" w:rsidRDefault="00430DF5" w:rsidP="00430DF5">
      <w:pPr>
        <w:rPr>
          <w:rFonts w:cs="Times New Roman"/>
          <w:sz w:val="24"/>
          <w:szCs w:val="24"/>
          <w:lang w:val="pl-PL"/>
        </w:rPr>
      </w:pPr>
    </w:p>
    <w:p w14:paraId="24A48A63" w14:textId="77777777" w:rsidR="00430DF5" w:rsidRPr="00430DF5" w:rsidRDefault="00430DF5" w:rsidP="00430DF5">
      <w:pPr>
        <w:rPr>
          <w:rFonts w:cs="Times New Roman"/>
          <w:sz w:val="24"/>
          <w:szCs w:val="24"/>
          <w:lang w:val="pl-PL"/>
        </w:rPr>
      </w:pPr>
    </w:p>
    <w:p w14:paraId="575DB70E" w14:textId="77777777" w:rsidR="00430DF5" w:rsidRPr="00430DF5" w:rsidRDefault="00430DF5" w:rsidP="00430DF5">
      <w:pPr>
        <w:rPr>
          <w:rFonts w:cs="Times New Roman"/>
          <w:sz w:val="24"/>
          <w:szCs w:val="24"/>
          <w:lang w:val="pl-PL"/>
        </w:rPr>
      </w:pPr>
    </w:p>
    <w:p w14:paraId="41446BAD" w14:textId="77777777" w:rsidR="00430DF5" w:rsidRPr="00430DF5" w:rsidRDefault="00430DF5" w:rsidP="00430DF5">
      <w:pPr>
        <w:rPr>
          <w:rFonts w:cs="Times New Roman"/>
          <w:sz w:val="24"/>
          <w:szCs w:val="24"/>
          <w:lang w:val="pl-PL"/>
        </w:rPr>
      </w:pPr>
      <w:r w:rsidRPr="00430DF5">
        <w:rPr>
          <w:rFonts w:cs="Times New Roman"/>
          <w:sz w:val="24"/>
          <w:szCs w:val="24"/>
          <w:lang w:val="pl-PL"/>
        </w:rPr>
        <w:t>……………………………………………………………….</w:t>
      </w:r>
    </w:p>
    <w:p w14:paraId="78E3B2A5" w14:textId="77777777" w:rsidR="00430DF5" w:rsidRPr="00430DF5" w:rsidRDefault="00430DF5" w:rsidP="00430DF5">
      <w:pPr>
        <w:rPr>
          <w:rFonts w:cs="Times New Roman"/>
          <w:sz w:val="24"/>
          <w:szCs w:val="24"/>
          <w:lang w:val="pl-PL"/>
        </w:rPr>
      </w:pPr>
      <w:r w:rsidRPr="00430DF5">
        <w:rPr>
          <w:rFonts w:cs="Times New Roman"/>
          <w:sz w:val="24"/>
          <w:szCs w:val="24"/>
          <w:lang w:val="pl-PL"/>
        </w:rPr>
        <w:t>Data i podpis uczestnika konkursu</w:t>
      </w:r>
    </w:p>
    <w:p w14:paraId="27281D46" w14:textId="77777777" w:rsidR="00430DF5" w:rsidRPr="008E5DBD" w:rsidRDefault="00430DF5">
      <w:pPr>
        <w:rPr>
          <w:rFonts w:cs="Times New Roman"/>
          <w:sz w:val="24"/>
          <w:szCs w:val="24"/>
        </w:rPr>
      </w:pPr>
    </w:p>
    <w:p w14:paraId="2DBE6959" w14:textId="77777777" w:rsidR="00430DF5" w:rsidRPr="006C6952" w:rsidRDefault="007921B0" w:rsidP="00430DF5">
      <w:pPr>
        <w:ind w:left="255" w:hanging="255"/>
        <w:jc w:val="center"/>
        <w:rPr>
          <w:rFonts w:cs="Times New Roman"/>
          <w:b/>
          <w:bCs/>
          <w:sz w:val="24"/>
          <w:szCs w:val="24"/>
        </w:rPr>
      </w:pPr>
      <w:r w:rsidRPr="008E5DBD">
        <w:rPr>
          <w:rFonts w:cs="Times New Roman"/>
          <w:sz w:val="24"/>
          <w:szCs w:val="24"/>
        </w:rPr>
        <w:br w:type="page"/>
      </w:r>
      <w:proofErr w:type="spellStart"/>
      <w:r w:rsidR="00430DF5" w:rsidRPr="006C6952">
        <w:rPr>
          <w:rFonts w:cs="Times New Roman"/>
          <w:b/>
          <w:bCs/>
          <w:sz w:val="24"/>
          <w:szCs w:val="24"/>
        </w:rPr>
        <w:lastRenderedPageBreak/>
        <w:t>Klauzula</w:t>
      </w:r>
      <w:proofErr w:type="spellEnd"/>
      <w:r w:rsidR="00430DF5" w:rsidRPr="006C6952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430DF5" w:rsidRPr="006C6952">
        <w:rPr>
          <w:rFonts w:cs="Times New Roman"/>
          <w:b/>
          <w:bCs/>
          <w:sz w:val="24"/>
          <w:szCs w:val="24"/>
        </w:rPr>
        <w:t>informacyjna</w:t>
      </w:r>
      <w:proofErr w:type="spellEnd"/>
      <w:r w:rsidR="00430DF5" w:rsidRPr="006C6952">
        <w:rPr>
          <w:rFonts w:cs="Times New Roman"/>
          <w:b/>
          <w:bCs/>
          <w:sz w:val="24"/>
          <w:szCs w:val="24"/>
        </w:rPr>
        <w:t xml:space="preserve"> o </w:t>
      </w:r>
      <w:proofErr w:type="spellStart"/>
      <w:r w:rsidR="00430DF5" w:rsidRPr="006C6952">
        <w:rPr>
          <w:rFonts w:cs="Times New Roman"/>
          <w:b/>
          <w:bCs/>
          <w:sz w:val="24"/>
          <w:szCs w:val="24"/>
        </w:rPr>
        <w:t>przetwarzaniu</w:t>
      </w:r>
      <w:proofErr w:type="spellEnd"/>
      <w:r w:rsidR="00430DF5" w:rsidRPr="006C6952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430DF5" w:rsidRPr="006C6952">
        <w:rPr>
          <w:rFonts w:cs="Times New Roman"/>
          <w:b/>
          <w:bCs/>
          <w:sz w:val="24"/>
          <w:szCs w:val="24"/>
        </w:rPr>
        <w:t>danych</w:t>
      </w:r>
      <w:proofErr w:type="spellEnd"/>
      <w:r w:rsidR="00430DF5" w:rsidRPr="006C6952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430DF5" w:rsidRPr="006C6952">
        <w:rPr>
          <w:rFonts w:cs="Times New Roman"/>
          <w:b/>
          <w:bCs/>
          <w:sz w:val="24"/>
          <w:szCs w:val="24"/>
        </w:rPr>
        <w:t>osobowych</w:t>
      </w:r>
      <w:proofErr w:type="spellEnd"/>
    </w:p>
    <w:p w14:paraId="7CDC595D" w14:textId="77777777" w:rsidR="00430DF5" w:rsidRPr="006C6952" w:rsidRDefault="00430DF5" w:rsidP="00430DF5">
      <w:pPr>
        <w:spacing w:line="259" w:lineRule="auto"/>
      </w:pPr>
      <w:proofErr w:type="spellStart"/>
      <w:r w:rsidRPr="006C6952">
        <w:t>Zgodnie</w:t>
      </w:r>
      <w:proofErr w:type="spellEnd"/>
      <w:r w:rsidRPr="006C6952">
        <w:t xml:space="preserve"> z art. 13 </w:t>
      </w:r>
      <w:proofErr w:type="spellStart"/>
      <w:r w:rsidRPr="006C6952">
        <w:t>ust</w:t>
      </w:r>
      <w:proofErr w:type="spellEnd"/>
      <w:r w:rsidRPr="006C6952">
        <w:t xml:space="preserve">. 1 </w:t>
      </w:r>
      <w:proofErr w:type="spellStart"/>
      <w:r w:rsidRPr="006C6952">
        <w:t>i</w:t>
      </w:r>
      <w:proofErr w:type="spellEnd"/>
      <w:r w:rsidRPr="006C6952">
        <w:t xml:space="preserve"> </w:t>
      </w:r>
      <w:proofErr w:type="spellStart"/>
      <w:r w:rsidRPr="006C6952">
        <w:t>ust</w:t>
      </w:r>
      <w:proofErr w:type="spellEnd"/>
      <w:r w:rsidRPr="006C6952">
        <w:t xml:space="preserve">. 2 </w:t>
      </w:r>
      <w:proofErr w:type="spellStart"/>
      <w:r w:rsidRPr="006C6952">
        <w:t>rozporządzenia</w:t>
      </w:r>
      <w:proofErr w:type="spellEnd"/>
      <w:r w:rsidRPr="006C6952">
        <w:t xml:space="preserve"> </w:t>
      </w:r>
      <w:proofErr w:type="spellStart"/>
      <w:r w:rsidRPr="006C6952">
        <w:t>Parlamentu</w:t>
      </w:r>
      <w:proofErr w:type="spellEnd"/>
      <w:r w:rsidRPr="006C6952">
        <w:t xml:space="preserve"> </w:t>
      </w:r>
      <w:proofErr w:type="spellStart"/>
      <w:r w:rsidRPr="006C6952">
        <w:t>Europejskiego</w:t>
      </w:r>
      <w:proofErr w:type="spellEnd"/>
      <w:r w:rsidRPr="006C6952">
        <w:t xml:space="preserve"> </w:t>
      </w:r>
      <w:proofErr w:type="spellStart"/>
      <w:r w:rsidRPr="006C6952">
        <w:t>i</w:t>
      </w:r>
      <w:proofErr w:type="spellEnd"/>
      <w:r w:rsidRPr="006C6952">
        <w:t xml:space="preserve"> Rady (UE) 2016/679 z 27 </w:t>
      </w:r>
      <w:proofErr w:type="spellStart"/>
      <w:r w:rsidRPr="006C6952">
        <w:t>kwietnia</w:t>
      </w:r>
      <w:proofErr w:type="spellEnd"/>
      <w:r w:rsidRPr="006C6952">
        <w:t xml:space="preserve"> 2016 r. w </w:t>
      </w:r>
      <w:proofErr w:type="spellStart"/>
      <w:r w:rsidRPr="006C6952">
        <w:t>sprawie</w:t>
      </w:r>
      <w:proofErr w:type="spellEnd"/>
      <w:r w:rsidRPr="006C6952">
        <w:t xml:space="preserve"> </w:t>
      </w:r>
      <w:proofErr w:type="spellStart"/>
      <w:r w:rsidRPr="006C6952">
        <w:t>ochrony</w:t>
      </w:r>
      <w:proofErr w:type="spellEnd"/>
      <w:r w:rsidRPr="006C6952">
        <w:t xml:space="preserve"> </w:t>
      </w:r>
      <w:proofErr w:type="spellStart"/>
      <w:r w:rsidRPr="006C6952">
        <w:t>osób</w:t>
      </w:r>
      <w:proofErr w:type="spellEnd"/>
      <w:r w:rsidRPr="006C6952">
        <w:t xml:space="preserve"> </w:t>
      </w:r>
      <w:proofErr w:type="spellStart"/>
      <w:r w:rsidRPr="006C6952">
        <w:t>fizycznych</w:t>
      </w:r>
      <w:proofErr w:type="spellEnd"/>
      <w:r w:rsidRPr="006C6952">
        <w:t xml:space="preserve"> w </w:t>
      </w:r>
      <w:proofErr w:type="spellStart"/>
      <w:r w:rsidRPr="006C6952">
        <w:t>związku</w:t>
      </w:r>
      <w:proofErr w:type="spellEnd"/>
      <w:r w:rsidRPr="006C6952">
        <w:t xml:space="preserve"> z </w:t>
      </w:r>
      <w:proofErr w:type="spellStart"/>
      <w:r w:rsidRPr="006C6952">
        <w:t>przetwarzaniem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</w:t>
      </w:r>
      <w:proofErr w:type="spellStart"/>
      <w:r w:rsidRPr="006C6952">
        <w:t>i</w:t>
      </w:r>
      <w:proofErr w:type="spellEnd"/>
      <w:r w:rsidRPr="006C6952">
        <w:t xml:space="preserve"> w </w:t>
      </w:r>
      <w:proofErr w:type="spellStart"/>
      <w:r w:rsidRPr="006C6952">
        <w:t>sprawie</w:t>
      </w:r>
      <w:proofErr w:type="spellEnd"/>
      <w:r w:rsidRPr="006C6952">
        <w:t xml:space="preserve"> </w:t>
      </w:r>
      <w:proofErr w:type="spellStart"/>
      <w:r w:rsidRPr="006C6952">
        <w:t>swobodnego</w:t>
      </w:r>
      <w:proofErr w:type="spellEnd"/>
      <w:r w:rsidRPr="006C6952">
        <w:t xml:space="preserve"> </w:t>
      </w:r>
      <w:proofErr w:type="spellStart"/>
      <w:r w:rsidRPr="006C6952">
        <w:t>przepływu</w:t>
      </w:r>
      <w:proofErr w:type="spellEnd"/>
      <w:r w:rsidRPr="006C6952">
        <w:t xml:space="preserve"> </w:t>
      </w:r>
      <w:proofErr w:type="spellStart"/>
      <w:r w:rsidRPr="006C6952">
        <w:t>takich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oraz</w:t>
      </w:r>
      <w:proofErr w:type="spellEnd"/>
      <w:r w:rsidRPr="006C6952">
        <w:t xml:space="preserve"> </w:t>
      </w:r>
      <w:proofErr w:type="spellStart"/>
      <w:r w:rsidRPr="006C6952">
        <w:t>uchylenia</w:t>
      </w:r>
      <w:proofErr w:type="spellEnd"/>
      <w:r w:rsidRPr="006C6952">
        <w:t xml:space="preserve"> </w:t>
      </w:r>
      <w:proofErr w:type="spellStart"/>
      <w:r w:rsidRPr="006C6952">
        <w:t>dyrektywy</w:t>
      </w:r>
      <w:proofErr w:type="spellEnd"/>
      <w:r w:rsidRPr="006C6952">
        <w:t xml:space="preserve"> 95/46/WE (</w:t>
      </w:r>
      <w:proofErr w:type="spellStart"/>
      <w:r w:rsidRPr="006C6952">
        <w:t>ogólne</w:t>
      </w:r>
      <w:proofErr w:type="spellEnd"/>
      <w:r w:rsidRPr="006C6952">
        <w:t xml:space="preserve"> </w:t>
      </w:r>
      <w:proofErr w:type="spellStart"/>
      <w:r w:rsidRPr="006C6952">
        <w:t>rozporządzenie</w:t>
      </w:r>
      <w:proofErr w:type="spellEnd"/>
      <w:r w:rsidRPr="006C6952">
        <w:t xml:space="preserve"> o </w:t>
      </w:r>
      <w:proofErr w:type="spellStart"/>
      <w:r w:rsidRPr="006C6952">
        <w:t>ochronie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) – </w:t>
      </w:r>
      <w:proofErr w:type="spellStart"/>
      <w:r w:rsidRPr="006C6952">
        <w:t>dalej</w:t>
      </w:r>
      <w:proofErr w:type="spellEnd"/>
      <w:r w:rsidRPr="006C6952">
        <w:t xml:space="preserve">: RODO </w:t>
      </w:r>
      <w:proofErr w:type="spellStart"/>
      <w:r w:rsidRPr="006C6952">
        <w:t>informuję</w:t>
      </w:r>
      <w:proofErr w:type="spellEnd"/>
      <w:r w:rsidRPr="006C6952">
        <w:t xml:space="preserve">, </w:t>
      </w:r>
      <w:proofErr w:type="spellStart"/>
      <w:r w:rsidRPr="006C6952">
        <w:t>iż</w:t>
      </w:r>
      <w:proofErr w:type="spellEnd"/>
      <w:r w:rsidRPr="006C6952">
        <w:t>:</w:t>
      </w:r>
    </w:p>
    <w:p w14:paraId="2C5D436A" w14:textId="77777777" w:rsidR="00430DF5" w:rsidRPr="006C6952" w:rsidRDefault="00430DF5" w:rsidP="00430DF5">
      <w:pPr>
        <w:spacing w:line="259" w:lineRule="auto"/>
      </w:pPr>
      <w:r w:rsidRPr="006C6952">
        <w:t xml:space="preserve">1. </w:t>
      </w:r>
      <w:proofErr w:type="spellStart"/>
      <w:r w:rsidRPr="006C6952">
        <w:t>Administratorem</w:t>
      </w:r>
      <w:proofErr w:type="spellEnd"/>
      <w:r w:rsidRPr="006C6952">
        <w:t xml:space="preserve"> Pani/Pana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jest </w:t>
      </w:r>
      <w:proofErr w:type="spellStart"/>
      <w:r w:rsidRPr="006C6952">
        <w:t>Gminna</w:t>
      </w:r>
      <w:proofErr w:type="spellEnd"/>
      <w:r w:rsidRPr="006C6952">
        <w:t xml:space="preserve"> </w:t>
      </w:r>
      <w:proofErr w:type="spellStart"/>
      <w:r w:rsidRPr="006C6952">
        <w:t>Biblioteka</w:t>
      </w:r>
      <w:proofErr w:type="spellEnd"/>
      <w:r w:rsidRPr="006C6952">
        <w:t xml:space="preserve"> </w:t>
      </w:r>
      <w:proofErr w:type="spellStart"/>
      <w:r w:rsidRPr="006C6952">
        <w:t>Publiczna</w:t>
      </w:r>
      <w:proofErr w:type="spellEnd"/>
      <w:r w:rsidRPr="006C6952">
        <w:t xml:space="preserve"> </w:t>
      </w:r>
      <w:r w:rsidRPr="006C6952">
        <w:br/>
        <w:t xml:space="preserve">w </w:t>
      </w:r>
      <w:proofErr w:type="spellStart"/>
      <w:r w:rsidRPr="006C6952">
        <w:t>Spiczynie</w:t>
      </w:r>
      <w:proofErr w:type="spellEnd"/>
      <w:r w:rsidRPr="006C6952">
        <w:t xml:space="preserve">, </w:t>
      </w:r>
      <w:proofErr w:type="spellStart"/>
      <w:r w:rsidRPr="006C6952">
        <w:t>Spiczyn</w:t>
      </w:r>
      <w:proofErr w:type="spellEnd"/>
      <w:r w:rsidRPr="006C6952">
        <w:t xml:space="preserve"> 8A 21-077 </w:t>
      </w:r>
      <w:proofErr w:type="spellStart"/>
      <w:r w:rsidRPr="006C6952">
        <w:t>Spiczyn</w:t>
      </w:r>
      <w:proofErr w:type="spellEnd"/>
      <w:r w:rsidRPr="006C6952">
        <w:t xml:space="preserve"> (</w:t>
      </w:r>
      <w:proofErr w:type="spellStart"/>
      <w:r w:rsidRPr="006C6952">
        <w:t>zwany</w:t>
      </w:r>
      <w:proofErr w:type="spellEnd"/>
      <w:r w:rsidRPr="006C6952">
        <w:t xml:space="preserve"> </w:t>
      </w:r>
      <w:proofErr w:type="spellStart"/>
      <w:r w:rsidRPr="006C6952">
        <w:t>dalej</w:t>
      </w:r>
      <w:proofErr w:type="spellEnd"/>
      <w:r w:rsidRPr="006C6952">
        <w:t xml:space="preserve"> „</w:t>
      </w:r>
      <w:proofErr w:type="spellStart"/>
      <w:r w:rsidRPr="006C6952">
        <w:t>Administratorem</w:t>
      </w:r>
      <w:proofErr w:type="spellEnd"/>
      <w:r w:rsidRPr="006C6952">
        <w:t>”).</w:t>
      </w:r>
      <w:r>
        <w:br/>
      </w:r>
      <w:r w:rsidRPr="006C6952">
        <w:t xml:space="preserve">2. Administrator </w:t>
      </w:r>
      <w:proofErr w:type="spellStart"/>
      <w:r w:rsidRPr="006C6952">
        <w:t>wyznaczył</w:t>
      </w:r>
      <w:proofErr w:type="spellEnd"/>
      <w:r w:rsidRPr="006C6952">
        <w:t xml:space="preserve"> </w:t>
      </w:r>
      <w:proofErr w:type="spellStart"/>
      <w:r w:rsidRPr="006C6952">
        <w:t>Inspektora</w:t>
      </w:r>
      <w:proofErr w:type="spellEnd"/>
      <w:r w:rsidRPr="006C6952">
        <w:t xml:space="preserve"> </w:t>
      </w:r>
      <w:proofErr w:type="spellStart"/>
      <w:r w:rsidRPr="006C6952">
        <w:t>Ochrony</w:t>
      </w:r>
      <w:proofErr w:type="spellEnd"/>
      <w:r w:rsidRPr="006C6952">
        <w:t xml:space="preserve"> Danych, z </w:t>
      </w:r>
      <w:proofErr w:type="spellStart"/>
      <w:r w:rsidRPr="006C6952">
        <w:t>którym</w:t>
      </w:r>
      <w:proofErr w:type="spellEnd"/>
      <w:r w:rsidRPr="006C6952">
        <w:t xml:space="preserve"> </w:t>
      </w:r>
      <w:proofErr w:type="spellStart"/>
      <w:r w:rsidRPr="006C6952">
        <w:t>można</w:t>
      </w:r>
      <w:proofErr w:type="spellEnd"/>
      <w:r w:rsidRPr="006C6952">
        <w:t xml:space="preserve"> </w:t>
      </w:r>
      <w:proofErr w:type="spellStart"/>
      <w:r w:rsidRPr="006C6952">
        <w:t>się</w:t>
      </w:r>
      <w:proofErr w:type="spellEnd"/>
      <w:r w:rsidRPr="006C6952">
        <w:t xml:space="preserve"> </w:t>
      </w:r>
      <w:proofErr w:type="spellStart"/>
      <w:r w:rsidRPr="006C6952">
        <w:t>skontaktować</w:t>
      </w:r>
      <w:proofErr w:type="spellEnd"/>
      <w:r w:rsidRPr="006C6952">
        <w:t xml:space="preserve"> </w:t>
      </w:r>
      <w:r w:rsidRPr="006C6952">
        <w:br/>
        <w:t xml:space="preserve">w </w:t>
      </w:r>
      <w:proofErr w:type="spellStart"/>
      <w:r w:rsidRPr="006C6952">
        <w:t>sprawach</w:t>
      </w:r>
      <w:proofErr w:type="spellEnd"/>
      <w:r w:rsidRPr="006C6952">
        <w:t xml:space="preserve"> </w:t>
      </w:r>
      <w:proofErr w:type="spellStart"/>
      <w:r w:rsidRPr="006C6952">
        <w:t>dotyczących</w:t>
      </w:r>
      <w:proofErr w:type="spellEnd"/>
      <w:r w:rsidRPr="006C6952">
        <w:t xml:space="preserve"> </w:t>
      </w:r>
      <w:proofErr w:type="spellStart"/>
      <w:r w:rsidRPr="006C6952">
        <w:t>ochrony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pod </w:t>
      </w:r>
      <w:proofErr w:type="spellStart"/>
      <w:r w:rsidRPr="006C6952">
        <w:t>adresem</w:t>
      </w:r>
      <w:proofErr w:type="spellEnd"/>
      <w:r w:rsidRPr="006C6952">
        <w:t xml:space="preserve"> </w:t>
      </w:r>
      <w:r w:rsidRPr="006C6952">
        <w:br/>
        <w:t xml:space="preserve">e -mail iod@artinussystem.pl. </w:t>
      </w:r>
      <w:proofErr w:type="spellStart"/>
      <w:r w:rsidRPr="006C6952">
        <w:t>lub</w:t>
      </w:r>
      <w:proofErr w:type="spellEnd"/>
      <w:r w:rsidRPr="006C6952">
        <w:t xml:space="preserve"> </w:t>
      </w:r>
      <w:proofErr w:type="spellStart"/>
      <w:r w:rsidRPr="006C6952">
        <w:t>pisemnie</w:t>
      </w:r>
      <w:proofErr w:type="spellEnd"/>
      <w:r w:rsidRPr="006C6952">
        <w:t xml:space="preserve"> </w:t>
      </w:r>
      <w:proofErr w:type="spellStart"/>
      <w:r w:rsidRPr="006C6952">
        <w:t>na</w:t>
      </w:r>
      <w:proofErr w:type="spellEnd"/>
      <w:r w:rsidRPr="006C6952">
        <w:t xml:space="preserve"> </w:t>
      </w:r>
      <w:proofErr w:type="spellStart"/>
      <w:r w:rsidRPr="006C6952">
        <w:t>adres</w:t>
      </w:r>
      <w:proofErr w:type="spellEnd"/>
      <w:r w:rsidRPr="006C6952">
        <w:t xml:space="preserve"> </w:t>
      </w:r>
      <w:proofErr w:type="spellStart"/>
      <w:r w:rsidRPr="006C6952">
        <w:t>siedziby</w:t>
      </w:r>
      <w:proofErr w:type="spellEnd"/>
      <w:r w:rsidRPr="006C6952">
        <w:t xml:space="preserve"> </w:t>
      </w:r>
      <w:proofErr w:type="spellStart"/>
      <w:r w:rsidRPr="006C6952">
        <w:t>Administratora</w:t>
      </w:r>
      <w:proofErr w:type="spellEnd"/>
      <w:r w:rsidRPr="006C6952">
        <w:t>.</w:t>
      </w:r>
      <w:r>
        <w:br/>
      </w:r>
      <w:proofErr w:type="gramStart"/>
      <w:r w:rsidRPr="006C6952">
        <w:t>3.Administrator</w:t>
      </w:r>
      <w:proofErr w:type="gramEnd"/>
      <w:r w:rsidRPr="006C6952">
        <w:t xml:space="preserve"> </w:t>
      </w:r>
      <w:proofErr w:type="spellStart"/>
      <w:r w:rsidRPr="006C6952">
        <w:t>będzie</w:t>
      </w:r>
      <w:proofErr w:type="spellEnd"/>
      <w:r w:rsidRPr="006C6952">
        <w:t xml:space="preserve"> </w:t>
      </w:r>
      <w:proofErr w:type="spellStart"/>
      <w:r w:rsidRPr="006C6952">
        <w:t>przetwarzać</w:t>
      </w:r>
      <w:proofErr w:type="spellEnd"/>
      <w:r w:rsidRPr="006C6952">
        <w:t xml:space="preserve"> Pani/Pana </w:t>
      </w:r>
      <w:proofErr w:type="spellStart"/>
      <w:r w:rsidRPr="006C6952">
        <w:t>dane</w:t>
      </w:r>
      <w:proofErr w:type="spellEnd"/>
      <w:r w:rsidRPr="006C6952">
        <w:t xml:space="preserve"> w </w:t>
      </w:r>
      <w:proofErr w:type="spellStart"/>
      <w:r w:rsidRPr="006C6952">
        <w:t>celu</w:t>
      </w:r>
      <w:proofErr w:type="spellEnd"/>
      <w:r>
        <w:t xml:space="preserve"> </w:t>
      </w:r>
      <w:proofErr w:type="spellStart"/>
      <w:r>
        <w:t>o</w:t>
      </w:r>
      <w:r w:rsidRPr="006C6952">
        <w:t>rganiza</w:t>
      </w:r>
      <w:r>
        <w:t>cji</w:t>
      </w:r>
      <w:proofErr w:type="spellEnd"/>
      <w:r w:rsidRPr="006C6952">
        <w:t xml:space="preserve"> </w:t>
      </w:r>
      <w:proofErr w:type="spellStart"/>
      <w:r w:rsidRPr="006C6952">
        <w:t>zajęć</w:t>
      </w:r>
      <w:proofErr w:type="spellEnd"/>
      <w:r w:rsidRPr="006C6952">
        <w:t xml:space="preserve"> „</w:t>
      </w:r>
      <w:proofErr w:type="spellStart"/>
      <w:r w:rsidRPr="006C6952">
        <w:t>Wakacje</w:t>
      </w:r>
      <w:proofErr w:type="spellEnd"/>
      <w:r w:rsidRPr="006C6952">
        <w:t xml:space="preserve"> w </w:t>
      </w:r>
      <w:proofErr w:type="spellStart"/>
      <w:r w:rsidRPr="006C6952">
        <w:t>Bibliotece</w:t>
      </w:r>
      <w:proofErr w:type="spellEnd"/>
      <w:r w:rsidRPr="006C6952">
        <w:t xml:space="preserve"> 2026”</w:t>
      </w:r>
      <w:r>
        <w:t xml:space="preserve"> </w:t>
      </w:r>
      <w:r>
        <w:br/>
      </w:r>
      <w:r w:rsidRPr="006C6952">
        <w:t xml:space="preserve">4. Dane </w:t>
      </w:r>
      <w:proofErr w:type="spellStart"/>
      <w:r w:rsidRPr="006C6952">
        <w:t>osobowe</w:t>
      </w:r>
      <w:proofErr w:type="spellEnd"/>
      <w:r w:rsidRPr="006C6952">
        <w:t xml:space="preserve"> </w:t>
      </w:r>
      <w:proofErr w:type="spellStart"/>
      <w:r w:rsidRPr="006C6952">
        <w:t>są</w:t>
      </w:r>
      <w:proofErr w:type="spellEnd"/>
      <w:r w:rsidRPr="006C6952">
        <w:t xml:space="preserve"> </w:t>
      </w:r>
      <w:proofErr w:type="spellStart"/>
      <w:r w:rsidRPr="006C6952">
        <w:t>przetwarzane</w:t>
      </w:r>
      <w:proofErr w:type="spellEnd"/>
      <w:r w:rsidRPr="006C6952">
        <w:t xml:space="preserve"> </w:t>
      </w:r>
      <w:proofErr w:type="spellStart"/>
      <w:r w:rsidRPr="006C6952">
        <w:t>na</w:t>
      </w:r>
      <w:proofErr w:type="spellEnd"/>
      <w:r w:rsidRPr="006C6952">
        <w:t xml:space="preserve"> </w:t>
      </w:r>
      <w:proofErr w:type="spellStart"/>
      <w:r w:rsidRPr="006C6952">
        <w:t>podstawie</w:t>
      </w:r>
      <w:proofErr w:type="spellEnd"/>
      <w:r w:rsidRPr="006C6952">
        <w:t xml:space="preserve">: a) art. 6 </w:t>
      </w:r>
      <w:proofErr w:type="spellStart"/>
      <w:r w:rsidRPr="006C6952">
        <w:t>ust</w:t>
      </w:r>
      <w:proofErr w:type="spellEnd"/>
      <w:r w:rsidRPr="006C6952">
        <w:t xml:space="preserve">. 1 lit. a </w:t>
      </w:r>
      <w:proofErr w:type="spellStart"/>
      <w:r w:rsidRPr="006C6952">
        <w:t>Rozporządzenia</w:t>
      </w:r>
      <w:proofErr w:type="spellEnd"/>
      <w:r w:rsidRPr="006C6952">
        <w:t xml:space="preserve"> </w:t>
      </w:r>
      <w:proofErr w:type="spellStart"/>
      <w:r w:rsidRPr="006C6952">
        <w:t>Parlamentu</w:t>
      </w:r>
      <w:proofErr w:type="spellEnd"/>
      <w:r w:rsidRPr="006C6952">
        <w:t xml:space="preserve"> </w:t>
      </w:r>
      <w:proofErr w:type="spellStart"/>
      <w:r w:rsidRPr="006C6952">
        <w:t>Europejskiego</w:t>
      </w:r>
      <w:proofErr w:type="spellEnd"/>
      <w:r w:rsidRPr="006C6952">
        <w:t xml:space="preserve"> </w:t>
      </w:r>
      <w:proofErr w:type="spellStart"/>
      <w:r w:rsidRPr="006C6952">
        <w:t>i</w:t>
      </w:r>
      <w:proofErr w:type="spellEnd"/>
      <w:r w:rsidRPr="006C6952">
        <w:t xml:space="preserve"> Rady (UE) 2016/679 z </w:t>
      </w:r>
      <w:proofErr w:type="spellStart"/>
      <w:r w:rsidRPr="006C6952">
        <w:t>dnia</w:t>
      </w:r>
      <w:proofErr w:type="spellEnd"/>
      <w:r w:rsidRPr="006C6952">
        <w:t xml:space="preserve"> 27 </w:t>
      </w:r>
      <w:proofErr w:type="spellStart"/>
      <w:r w:rsidRPr="006C6952">
        <w:t>kwietnia</w:t>
      </w:r>
      <w:proofErr w:type="spellEnd"/>
      <w:r w:rsidRPr="006C6952">
        <w:t xml:space="preserve"> 2016 r. (RODO). 5.Dane </w:t>
      </w:r>
      <w:proofErr w:type="spellStart"/>
      <w:r w:rsidRPr="006C6952">
        <w:t>osobowe</w:t>
      </w:r>
      <w:proofErr w:type="spellEnd"/>
      <w:r w:rsidRPr="006C6952">
        <w:t xml:space="preserve"> </w:t>
      </w:r>
      <w:proofErr w:type="spellStart"/>
      <w:r w:rsidRPr="006C6952">
        <w:t>są</w:t>
      </w:r>
      <w:proofErr w:type="spellEnd"/>
      <w:r w:rsidRPr="006C6952">
        <w:t xml:space="preserve"> </w:t>
      </w:r>
      <w:proofErr w:type="spellStart"/>
      <w:r w:rsidRPr="006C6952">
        <w:t>przechowywane</w:t>
      </w:r>
      <w:proofErr w:type="spellEnd"/>
      <w:r w:rsidRPr="006C6952">
        <w:t xml:space="preserve"> </w:t>
      </w:r>
      <w:proofErr w:type="spellStart"/>
      <w:r w:rsidRPr="006C6952">
        <w:t>przez</w:t>
      </w:r>
      <w:proofErr w:type="spellEnd"/>
      <w:r w:rsidRPr="006C6952">
        <w:t xml:space="preserve"> </w:t>
      </w:r>
      <w:proofErr w:type="spellStart"/>
      <w:r w:rsidRPr="006C6952">
        <w:t>okres</w:t>
      </w:r>
      <w:proofErr w:type="spellEnd"/>
      <w:r w:rsidRPr="006C6952">
        <w:t xml:space="preserve">: a) </w:t>
      </w:r>
      <w:proofErr w:type="spellStart"/>
      <w:r w:rsidRPr="006C6952">
        <w:t>dla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</w:t>
      </w:r>
      <w:proofErr w:type="spellStart"/>
      <w:r w:rsidRPr="006C6952">
        <w:t>przetwarzanych</w:t>
      </w:r>
      <w:proofErr w:type="spellEnd"/>
      <w:r w:rsidRPr="006C6952">
        <w:t xml:space="preserve"> w </w:t>
      </w:r>
      <w:proofErr w:type="spellStart"/>
      <w:r w:rsidRPr="006C6952">
        <w:t>celu</w:t>
      </w:r>
      <w:proofErr w:type="spellEnd"/>
      <w:r w:rsidRPr="006C6952">
        <w:t xml:space="preserve">, o </w:t>
      </w:r>
      <w:proofErr w:type="spellStart"/>
      <w:r w:rsidRPr="006C6952">
        <w:t>którym</w:t>
      </w:r>
      <w:proofErr w:type="spellEnd"/>
      <w:r w:rsidRPr="006C6952">
        <w:t xml:space="preserve"> </w:t>
      </w:r>
      <w:proofErr w:type="spellStart"/>
      <w:r w:rsidRPr="006C6952">
        <w:t>mowa</w:t>
      </w:r>
      <w:proofErr w:type="spellEnd"/>
      <w:r w:rsidRPr="006C6952">
        <w:t xml:space="preserve"> w pkt 3 lit. a – </w:t>
      </w:r>
      <w:proofErr w:type="spellStart"/>
      <w:r w:rsidRPr="006C6952">
        <w:t>nie</w:t>
      </w:r>
      <w:proofErr w:type="spellEnd"/>
      <w:r w:rsidRPr="006C6952">
        <w:t xml:space="preserve"> </w:t>
      </w:r>
      <w:proofErr w:type="spellStart"/>
      <w:r w:rsidRPr="006C6952">
        <w:t>więcej</w:t>
      </w:r>
      <w:proofErr w:type="spellEnd"/>
      <w:r w:rsidRPr="006C6952">
        <w:t xml:space="preserve"> </w:t>
      </w:r>
      <w:proofErr w:type="spellStart"/>
      <w:r w:rsidRPr="006C6952">
        <w:t>niż</w:t>
      </w:r>
      <w:proofErr w:type="spellEnd"/>
      <w:r w:rsidRPr="006C6952">
        <w:t xml:space="preserve"> 1 </w:t>
      </w:r>
      <w:proofErr w:type="spellStart"/>
      <w:r w:rsidRPr="006C6952">
        <w:t>rok</w:t>
      </w:r>
      <w:proofErr w:type="spellEnd"/>
      <w:r w:rsidRPr="006C6952">
        <w:t xml:space="preserve"> od </w:t>
      </w:r>
      <w:proofErr w:type="spellStart"/>
      <w:r w:rsidRPr="006C6952">
        <w:t>momentu</w:t>
      </w:r>
      <w:proofErr w:type="spellEnd"/>
      <w:r w:rsidRPr="006C6952">
        <w:t xml:space="preserve"> </w:t>
      </w:r>
      <w:proofErr w:type="spellStart"/>
      <w:r>
        <w:t>zakończenia</w:t>
      </w:r>
      <w:proofErr w:type="spellEnd"/>
      <w:r>
        <w:t xml:space="preserve"> </w:t>
      </w:r>
      <w:proofErr w:type="spellStart"/>
      <w:r>
        <w:t>wydarzenia</w:t>
      </w:r>
      <w:proofErr w:type="spellEnd"/>
      <w:r w:rsidRPr="006C6952">
        <w:t xml:space="preserve">. b) - do </w:t>
      </w:r>
      <w:proofErr w:type="spellStart"/>
      <w:r w:rsidRPr="006C6952">
        <w:t>czasu</w:t>
      </w:r>
      <w:proofErr w:type="spellEnd"/>
      <w:r w:rsidRPr="006C6952">
        <w:t xml:space="preserve"> </w:t>
      </w:r>
      <w:proofErr w:type="spellStart"/>
      <w:r w:rsidRPr="006C6952">
        <w:t>zakończenia</w:t>
      </w:r>
      <w:proofErr w:type="spellEnd"/>
      <w:r w:rsidRPr="006C6952">
        <w:t xml:space="preserve"> </w:t>
      </w:r>
      <w:proofErr w:type="spellStart"/>
      <w:r w:rsidRPr="006C6952">
        <w:t>działań</w:t>
      </w:r>
      <w:proofErr w:type="spellEnd"/>
      <w:r w:rsidRPr="006C6952">
        <w:t xml:space="preserve"> </w:t>
      </w:r>
      <w:proofErr w:type="spellStart"/>
      <w:r w:rsidRPr="006C6952">
        <w:t>informacyjnych</w:t>
      </w:r>
      <w:proofErr w:type="spellEnd"/>
      <w:r w:rsidRPr="006C6952">
        <w:t xml:space="preserve"> </w:t>
      </w:r>
      <w:proofErr w:type="spellStart"/>
      <w:r w:rsidRPr="006C6952">
        <w:t>lub</w:t>
      </w:r>
      <w:proofErr w:type="spellEnd"/>
      <w:r w:rsidRPr="006C6952">
        <w:t xml:space="preserve"> </w:t>
      </w:r>
      <w:proofErr w:type="spellStart"/>
      <w:r w:rsidRPr="006C6952">
        <w:t>wycofania</w:t>
      </w:r>
      <w:proofErr w:type="spellEnd"/>
      <w:r w:rsidRPr="006C6952">
        <w:t xml:space="preserve"> </w:t>
      </w:r>
      <w:proofErr w:type="spellStart"/>
      <w:r w:rsidRPr="006C6952">
        <w:t>zgody</w:t>
      </w:r>
      <w:proofErr w:type="spellEnd"/>
      <w:r w:rsidRPr="006C6952">
        <w:t xml:space="preserve"> </w:t>
      </w:r>
      <w:proofErr w:type="spellStart"/>
      <w:r w:rsidRPr="006C6952">
        <w:t>na</w:t>
      </w:r>
      <w:proofErr w:type="spellEnd"/>
      <w:r w:rsidRPr="006C6952">
        <w:t xml:space="preserve"> </w:t>
      </w:r>
      <w:proofErr w:type="spellStart"/>
      <w:r w:rsidRPr="006C6952">
        <w:t>przetwarzanie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. </w:t>
      </w:r>
      <w:r>
        <w:br/>
      </w:r>
      <w:r w:rsidRPr="006C6952">
        <w:t xml:space="preserve">7. Ma Pani/Pan </w:t>
      </w:r>
      <w:proofErr w:type="spellStart"/>
      <w:r w:rsidRPr="006C6952">
        <w:t>prawo</w:t>
      </w:r>
      <w:proofErr w:type="spellEnd"/>
      <w:r w:rsidRPr="006C6952">
        <w:t xml:space="preserve"> </w:t>
      </w:r>
      <w:proofErr w:type="spellStart"/>
      <w:r w:rsidRPr="006C6952">
        <w:t>skorzystania</w:t>
      </w:r>
      <w:proofErr w:type="spellEnd"/>
      <w:r w:rsidRPr="006C6952">
        <w:t xml:space="preserve"> w </w:t>
      </w:r>
      <w:proofErr w:type="spellStart"/>
      <w:r w:rsidRPr="006C6952">
        <w:t>odpowiednim</w:t>
      </w:r>
      <w:proofErr w:type="spellEnd"/>
      <w:r w:rsidRPr="006C6952">
        <w:t xml:space="preserve"> </w:t>
      </w:r>
      <w:proofErr w:type="spellStart"/>
      <w:r w:rsidRPr="006C6952">
        <w:t>zakresie</w:t>
      </w:r>
      <w:proofErr w:type="spellEnd"/>
      <w:r w:rsidRPr="006C6952">
        <w:t xml:space="preserve"> z </w:t>
      </w:r>
      <w:proofErr w:type="spellStart"/>
      <w:r w:rsidRPr="006C6952">
        <w:t>następujących</w:t>
      </w:r>
      <w:proofErr w:type="spellEnd"/>
      <w:r w:rsidRPr="006C6952">
        <w:t xml:space="preserve"> </w:t>
      </w:r>
      <w:proofErr w:type="spellStart"/>
      <w:r w:rsidRPr="006C6952">
        <w:t>uprawnień</w:t>
      </w:r>
      <w:proofErr w:type="spellEnd"/>
      <w:r w:rsidRPr="006C6952">
        <w:t xml:space="preserve">: a) </w:t>
      </w:r>
      <w:proofErr w:type="spellStart"/>
      <w:r w:rsidRPr="006C6952">
        <w:t>dostępu</w:t>
      </w:r>
      <w:proofErr w:type="spellEnd"/>
      <w:r w:rsidRPr="006C6952">
        <w:t xml:space="preserve"> do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, </w:t>
      </w:r>
      <w:proofErr w:type="spellStart"/>
      <w:r w:rsidRPr="006C6952">
        <w:t>otrzymania</w:t>
      </w:r>
      <w:proofErr w:type="spellEnd"/>
      <w:r w:rsidRPr="006C6952">
        <w:t xml:space="preserve"> ich </w:t>
      </w:r>
      <w:proofErr w:type="spellStart"/>
      <w:r w:rsidRPr="006C6952">
        <w:t>kopii</w:t>
      </w:r>
      <w:proofErr w:type="spellEnd"/>
      <w:r w:rsidRPr="006C6952">
        <w:t xml:space="preserve"> </w:t>
      </w:r>
      <w:proofErr w:type="spellStart"/>
      <w:r w:rsidRPr="006C6952">
        <w:t>oraz</w:t>
      </w:r>
      <w:proofErr w:type="spellEnd"/>
      <w:r w:rsidRPr="006C6952">
        <w:t xml:space="preserve"> </w:t>
      </w:r>
      <w:proofErr w:type="spellStart"/>
      <w:r w:rsidRPr="006C6952">
        <w:t>potwierdzenia</w:t>
      </w:r>
      <w:proofErr w:type="spellEnd"/>
      <w:r w:rsidRPr="006C6952">
        <w:t xml:space="preserve"> ich </w:t>
      </w:r>
      <w:proofErr w:type="spellStart"/>
      <w:r w:rsidRPr="006C6952">
        <w:t>przetwarzania</w:t>
      </w:r>
      <w:proofErr w:type="spellEnd"/>
      <w:r w:rsidRPr="006C6952">
        <w:t xml:space="preserve"> (art. 15 RODO), b) </w:t>
      </w:r>
      <w:proofErr w:type="spellStart"/>
      <w:r w:rsidRPr="006C6952">
        <w:t>sprostowania</w:t>
      </w:r>
      <w:proofErr w:type="spellEnd"/>
      <w:r w:rsidRPr="006C6952">
        <w:t xml:space="preserve"> </w:t>
      </w:r>
      <w:proofErr w:type="spellStart"/>
      <w:r w:rsidRPr="006C6952">
        <w:t>i</w:t>
      </w:r>
      <w:proofErr w:type="spellEnd"/>
      <w:r w:rsidRPr="006C6952">
        <w:t xml:space="preserve"> </w:t>
      </w:r>
      <w:proofErr w:type="spellStart"/>
      <w:r w:rsidRPr="006C6952">
        <w:t>uzupełnienia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(art. 16 RODO), c) </w:t>
      </w:r>
      <w:proofErr w:type="spellStart"/>
      <w:r w:rsidRPr="006C6952">
        <w:t>żądania</w:t>
      </w:r>
      <w:proofErr w:type="spellEnd"/>
      <w:r w:rsidRPr="006C6952">
        <w:t xml:space="preserve"> </w:t>
      </w:r>
      <w:proofErr w:type="spellStart"/>
      <w:r w:rsidRPr="006C6952">
        <w:t>usunięcia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(art. 17 RODO) – w </w:t>
      </w:r>
      <w:proofErr w:type="spellStart"/>
      <w:r w:rsidRPr="006C6952">
        <w:t>zakresie</w:t>
      </w:r>
      <w:proofErr w:type="spellEnd"/>
      <w:r w:rsidRPr="006C6952">
        <w:t xml:space="preserve"> </w:t>
      </w:r>
      <w:proofErr w:type="spellStart"/>
      <w:r w:rsidRPr="006C6952">
        <w:t>celu</w:t>
      </w:r>
      <w:proofErr w:type="spellEnd"/>
      <w:r w:rsidRPr="006C6952">
        <w:t xml:space="preserve"> </w:t>
      </w:r>
      <w:proofErr w:type="spellStart"/>
      <w:r w:rsidRPr="006C6952">
        <w:t>wskazanego</w:t>
      </w:r>
      <w:proofErr w:type="spellEnd"/>
      <w:r w:rsidRPr="006C6952">
        <w:t xml:space="preserve"> w pkt 3 lit. D d) </w:t>
      </w:r>
      <w:proofErr w:type="spellStart"/>
      <w:r w:rsidRPr="006C6952">
        <w:t>ograniczenia</w:t>
      </w:r>
      <w:proofErr w:type="spellEnd"/>
      <w:r w:rsidRPr="006C6952">
        <w:t xml:space="preserve"> </w:t>
      </w:r>
      <w:proofErr w:type="spellStart"/>
      <w:r w:rsidRPr="006C6952">
        <w:t>przetwarzania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(art. 18 RODO) – w </w:t>
      </w:r>
      <w:proofErr w:type="spellStart"/>
      <w:r w:rsidRPr="006C6952">
        <w:t>zakresie</w:t>
      </w:r>
      <w:proofErr w:type="spellEnd"/>
      <w:r w:rsidRPr="006C6952">
        <w:t xml:space="preserve"> </w:t>
      </w:r>
      <w:proofErr w:type="spellStart"/>
      <w:r w:rsidRPr="006C6952">
        <w:t>celu</w:t>
      </w:r>
      <w:proofErr w:type="spellEnd"/>
      <w:r w:rsidRPr="006C6952">
        <w:t xml:space="preserve"> </w:t>
      </w:r>
      <w:proofErr w:type="spellStart"/>
      <w:r w:rsidRPr="006C6952">
        <w:t>wskazanego</w:t>
      </w:r>
      <w:proofErr w:type="spellEnd"/>
      <w:r w:rsidRPr="006C6952">
        <w:t xml:space="preserve"> w pkt 3 lit. D e) </w:t>
      </w:r>
      <w:proofErr w:type="spellStart"/>
      <w:r w:rsidRPr="006C6952">
        <w:t>złożenia</w:t>
      </w:r>
      <w:proofErr w:type="spellEnd"/>
      <w:r w:rsidRPr="006C6952">
        <w:t xml:space="preserve"> </w:t>
      </w:r>
      <w:proofErr w:type="spellStart"/>
      <w:r w:rsidRPr="006C6952">
        <w:t>sprzeciwu</w:t>
      </w:r>
      <w:proofErr w:type="spellEnd"/>
      <w:r w:rsidRPr="006C6952">
        <w:t xml:space="preserve"> </w:t>
      </w:r>
      <w:proofErr w:type="spellStart"/>
      <w:r w:rsidRPr="006C6952">
        <w:t>wobec</w:t>
      </w:r>
      <w:proofErr w:type="spellEnd"/>
      <w:r w:rsidRPr="006C6952">
        <w:t xml:space="preserve"> </w:t>
      </w:r>
      <w:proofErr w:type="spellStart"/>
      <w:r w:rsidRPr="006C6952">
        <w:t>przetwarzania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(art. 21 RODO) – w </w:t>
      </w:r>
      <w:proofErr w:type="spellStart"/>
      <w:r w:rsidRPr="006C6952">
        <w:t>zakresie</w:t>
      </w:r>
      <w:proofErr w:type="spellEnd"/>
      <w:r w:rsidRPr="006C6952">
        <w:t xml:space="preserve"> </w:t>
      </w:r>
      <w:proofErr w:type="spellStart"/>
      <w:r w:rsidRPr="006C6952">
        <w:t>celu</w:t>
      </w:r>
      <w:proofErr w:type="spellEnd"/>
      <w:r w:rsidRPr="006C6952">
        <w:t xml:space="preserve"> </w:t>
      </w:r>
      <w:proofErr w:type="spellStart"/>
      <w:r w:rsidRPr="006C6952">
        <w:t>wskazanego</w:t>
      </w:r>
      <w:proofErr w:type="spellEnd"/>
      <w:r w:rsidRPr="006C6952">
        <w:t xml:space="preserve"> w pkt 3 lit. D</w:t>
      </w:r>
      <w:r>
        <w:br/>
      </w:r>
      <w:r w:rsidRPr="006C6952">
        <w:t xml:space="preserve">8. </w:t>
      </w:r>
      <w:proofErr w:type="spellStart"/>
      <w:r w:rsidRPr="006C6952">
        <w:t>Jednocześnie</w:t>
      </w:r>
      <w:proofErr w:type="spellEnd"/>
      <w:r w:rsidRPr="006C6952">
        <w:t xml:space="preserve"> Administrator </w:t>
      </w:r>
      <w:proofErr w:type="spellStart"/>
      <w:r w:rsidRPr="006C6952">
        <w:t>informuje</w:t>
      </w:r>
      <w:proofErr w:type="spellEnd"/>
      <w:r w:rsidRPr="006C6952">
        <w:t xml:space="preserve">, </w:t>
      </w:r>
      <w:proofErr w:type="spellStart"/>
      <w:r w:rsidRPr="006C6952">
        <w:t>że</w:t>
      </w:r>
      <w:proofErr w:type="spellEnd"/>
      <w:r w:rsidRPr="006C6952">
        <w:t xml:space="preserve"> w </w:t>
      </w:r>
      <w:proofErr w:type="spellStart"/>
      <w:r w:rsidRPr="006C6952">
        <w:t>przypadku</w:t>
      </w:r>
      <w:proofErr w:type="spellEnd"/>
      <w:r w:rsidRPr="006C6952">
        <w:t xml:space="preserve"> </w:t>
      </w:r>
      <w:proofErr w:type="spellStart"/>
      <w:r w:rsidRPr="006C6952">
        <w:t>przetwarzania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w </w:t>
      </w:r>
      <w:proofErr w:type="spellStart"/>
      <w:r w:rsidRPr="006C6952">
        <w:t>oparciu</w:t>
      </w:r>
      <w:proofErr w:type="spellEnd"/>
      <w:r w:rsidRPr="006C6952">
        <w:t xml:space="preserve"> </w:t>
      </w:r>
      <w:r w:rsidRPr="006C6952">
        <w:br/>
        <w:t xml:space="preserve">o </w:t>
      </w:r>
      <w:proofErr w:type="spellStart"/>
      <w:r w:rsidRPr="006C6952">
        <w:t>zgodę</w:t>
      </w:r>
      <w:proofErr w:type="spellEnd"/>
      <w:r w:rsidRPr="006C6952">
        <w:t xml:space="preserve">, </w:t>
      </w:r>
      <w:proofErr w:type="spellStart"/>
      <w:r w:rsidRPr="006C6952">
        <w:t>na</w:t>
      </w:r>
      <w:proofErr w:type="spellEnd"/>
      <w:r w:rsidRPr="006C6952">
        <w:t xml:space="preserve"> </w:t>
      </w:r>
      <w:proofErr w:type="spellStart"/>
      <w:r w:rsidRPr="006C6952">
        <w:t>podstawie</w:t>
      </w:r>
      <w:proofErr w:type="spellEnd"/>
      <w:r w:rsidRPr="006C6952">
        <w:t xml:space="preserve"> art. 7 </w:t>
      </w:r>
      <w:proofErr w:type="spellStart"/>
      <w:r w:rsidRPr="006C6952">
        <w:t>ust</w:t>
      </w:r>
      <w:proofErr w:type="spellEnd"/>
      <w:r w:rsidRPr="006C6952">
        <w:t xml:space="preserve">. 3 RODO </w:t>
      </w:r>
      <w:proofErr w:type="spellStart"/>
      <w:r w:rsidRPr="006C6952">
        <w:t>osobie</w:t>
      </w:r>
      <w:proofErr w:type="spellEnd"/>
      <w:r w:rsidRPr="006C6952">
        <w:t xml:space="preserve">, </w:t>
      </w:r>
      <w:proofErr w:type="spellStart"/>
      <w:r w:rsidRPr="006C6952">
        <w:t>której</w:t>
      </w:r>
      <w:proofErr w:type="spellEnd"/>
      <w:r w:rsidRPr="006C6952">
        <w:t xml:space="preserve"> </w:t>
      </w:r>
      <w:proofErr w:type="spellStart"/>
      <w:r w:rsidRPr="006C6952">
        <w:t>dane</w:t>
      </w:r>
      <w:proofErr w:type="spellEnd"/>
      <w:r w:rsidRPr="006C6952">
        <w:t xml:space="preserve"> </w:t>
      </w:r>
      <w:proofErr w:type="spellStart"/>
      <w:r w:rsidRPr="006C6952">
        <w:t>dotyczą</w:t>
      </w:r>
      <w:proofErr w:type="spellEnd"/>
      <w:r w:rsidRPr="006C6952">
        <w:t xml:space="preserve"> </w:t>
      </w:r>
      <w:proofErr w:type="spellStart"/>
      <w:r w:rsidRPr="006C6952">
        <w:t>przysługuje</w:t>
      </w:r>
      <w:proofErr w:type="spellEnd"/>
      <w:r w:rsidRPr="006C6952">
        <w:t xml:space="preserve"> </w:t>
      </w:r>
      <w:proofErr w:type="spellStart"/>
      <w:r w:rsidRPr="006C6952">
        <w:t>prawo</w:t>
      </w:r>
      <w:proofErr w:type="spellEnd"/>
      <w:r w:rsidRPr="006C6952">
        <w:t xml:space="preserve"> </w:t>
      </w:r>
      <w:r w:rsidRPr="006C6952">
        <w:br/>
        <w:t xml:space="preserve">do </w:t>
      </w:r>
      <w:proofErr w:type="spellStart"/>
      <w:r w:rsidRPr="006C6952">
        <w:t>wycofania</w:t>
      </w:r>
      <w:proofErr w:type="spellEnd"/>
      <w:r w:rsidRPr="006C6952">
        <w:t xml:space="preserve"> </w:t>
      </w:r>
      <w:proofErr w:type="spellStart"/>
      <w:r w:rsidRPr="006C6952">
        <w:t>zgody</w:t>
      </w:r>
      <w:proofErr w:type="spellEnd"/>
      <w:r w:rsidRPr="006C6952">
        <w:t xml:space="preserve"> w </w:t>
      </w:r>
      <w:proofErr w:type="spellStart"/>
      <w:r w:rsidRPr="006C6952">
        <w:t>dowolnym</w:t>
      </w:r>
      <w:proofErr w:type="spellEnd"/>
      <w:r w:rsidRPr="006C6952">
        <w:t xml:space="preserve"> </w:t>
      </w:r>
      <w:proofErr w:type="spellStart"/>
      <w:r w:rsidRPr="006C6952">
        <w:t>momencie</w:t>
      </w:r>
      <w:proofErr w:type="spellEnd"/>
      <w:r w:rsidRPr="006C6952">
        <w:t xml:space="preserve"> </w:t>
      </w:r>
      <w:proofErr w:type="spellStart"/>
      <w:r w:rsidRPr="006C6952">
        <w:t>oraz</w:t>
      </w:r>
      <w:proofErr w:type="spellEnd"/>
      <w:r w:rsidRPr="006C6952">
        <w:t xml:space="preserve"> </w:t>
      </w:r>
      <w:proofErr w:type="spellStart"/>
      <w:r w:rsidRPr="006C6952">
        <w:t>że</w:t>
      </w:r>
      <w:proofErr w:type="spellEnd"/>
      <w:r w:rsidRPr="006C6952">
        <w:t xml:space="preserve"> </w:t>
      </w:r>
      <w:proofErr w:type="spellStart"/>
      <w:r w:rsidRPr="006C6952">
        <w:t>wycofanie</w:t>
      </w:r>
      <w:proofErr w:type="spellEnd"/>
      <w:r w:rsidRPr="006C6952">
        <w:t xml:space="preserve"> </w:t>
      </w:r>
      <w:proofErr w:type="spellStart"/>
      <w:r w:rsidRPr="006C6952">
        <w:t>zgody</w:t>
      </w:r>
      <w:proofErr w:type="spellEnd"/>
      <w:r w:rsidRPr="006C6952">
        <w:t xml:space="preserve"> </w:t>
      </w:r>
      <w:proofErr w:type="spellStart"/>
      <w:r w:rsidRPr="006C6952">
        <w:t>nie</w:t>
      </w:r>
      <w:proofErr w:type="spellEnd"/>
      <w:r w:rsidRPr="006C6952">
        <w:t xml:space="preserve"> </w:t>
      </w:r>
      <w:proofErr w:type="spellStart"/>
      <w:r w:rsidRPr="006C6952">
        <w:t>wpływa</w:t>
      </w:r>
      <w:proofErr w:type="spellEnd"/>
      <w:r w:rsidRPr="006C6952">
        <w:t xml:space="preserve"> </w:t>
      </w:r>
      <w:proofErr w:type="spellStart"/>
      <w:r w:rsidRPr="006C6952">
        <w:t>na</w:t>
      </w:r>
      <w:proofErr w:type="spellEnd"/>
      <w:r w:rsidRPr="006C6952">
        <w:t xml:space="preserve"> </w:t>
      </w:r>
      <w:proofErr w:type="spellStart"/>
      <w:r w:rsidRPr="006C6952">
        <w:t>zgodność</w:t>
      </w:r>
      <w:proofErr w:type="spellEnd"/>
      <w:r w:rsidRPr="006C6952">
        <w:t xml:space="preserve"> z </w:t>
      </w:r>
      <w:proofErr w:type="spellStart"/>
      <w:r w:rsidRPr="006C6952">
        <w:t>prawem</w:t>
      </w:r>
      <w:proofErr w:type="spellEnd"/>
      <w:r w:rsidRPr="006C6952">
        <w:t xml:space="preserve"> </w:t>
      </w:r>
      <w:proofErr w:type="spellStart"/>
      <w:r w:rsidRPr="006C6952">
        <w:t>przetwarzania</w:t>
      </w:r>
      <w:proofErr w:type="spellEnd"/>
      <w:r w:rsidRPr="006C6952">
        <w:t xml:space="preserve">, </w:t>
      </w:r>
      <w:proofErr w:type="spellStart"/>
      <w:r w:rsidRPr="006C6952">
        <w:t>którego</w:t>
      </w:r>
      <w:proofErr w:type="spellEnd"/>
      <w:r w:rsidRPr="006C6952">
        <w:t xml:space="preserve"> </w:t>
      </w:r>
      <w:proofErr w:type="spellStart"/>
      <w:r w:rsidRPr="006C6952">
        <w:t>dokonano</w:t>
      </w:r>
      <w:proofErr w:type="spellEnd"/>
      <w:r w:rsidRPr="006C6952">
        <w:t xml:space="preserve"> </w:t>
      </w:r>
      <w:proofErr w:type="spellStart"/>
      <w:r w:rsidRPr="006C6952">
        <w:t>na</w:t>
      </w:r>
      <w:proofErr w:type="spellEnd"/>
      <w:r w:rsidRPr="006C6952">
        <w:t xml:space="preserve"> </w:t>
      </w:r>
      <w:proofErr w:type="spellStart"/>
      <w:r w:rsidRPr="006C6952">
        <w:t>podstawie</w:t>
      </w:r>
      <w:proofErr w:type="spellEnd"/>
      <w:r w:rsidRPr="006C6952">
        <w:t xml:space="preserve"> </w:t>
      </w:r>
      <w:proofErr w:type="spellStart"/>
      <w:r w:rsidRPr="006C6952">
        <w:t>zgody</w:t>
      </w:r>
      <w:proofErr w:type="spellEnd"/>
      <w:r w:rsidRPr="006C6952">
        <w:t xml:space="preserve"> </w:t>
      </w:r>
      <w:proofErr w:type="spellStart"/>
      <w:r w:rsidRPr="006C6952">
        <w:t>przed</w:t>
      </w:r>
      <w:proofErr w:type="spellEnd"/>
      <w:r w:rsidRPr="006C6952">
        <w:t xml:space="preserve"> </w:t>
      </w:r>
      <w:proofErr w:type="spellStart"/>
      <w:r w:rsidRPr="006C6952">
        <w:t>jej</w:t>
      </w:r>
      <w:proofErr w:type="spellEnd"/>
      <w:r w:rsidRPr="006C6952">
        <w:t xml:space="preserve"> </w:t>
      </w:r>
      <w:proofErr w:type="spellStart"/>
      <w:r w:rsidRPr="006C6952">
        <w:t>udzieleniem</w:t>
      </w:r>
      <w:proofErr w:type="spellEnd"/>
      <w:r w:rsidRPr="006C6952">
        <w:t>.</w:t>
      </w:r>
      <w:r>
        <w:br/>
      </w:r>
      <w:proofErr w:type="gramStart"/>
      <w:r w:rsidRPr="006C6952">
        <w:t>9.Administrator</w:t>
      </w:r>
      <w:proofErr w:type="gramEnd"/>
      <w:r w:rsidRPr="006C6952">
        <w:t xml:space="preserve"> </w:t>
      </w:r>
      <w:proofErr w:type="spellStart"/>
      <w:r w:rsidRPr="006C6952">
        <w:t>nie</w:t>
      </w:r>
      <w:proofErr w:type="spellEnd"/>
      <w:r w:rsidRPr="006C6952">
        <w:t xml:space="preserve"> </w:t>
      </w:r>
      <w:proofErr w:type="spellStart"/>
      <w:r w:rsidRPr="006C6952">
        <w:t>dokonuje</w:t>
      </w:r>
      <w:proofErr w:type="spellEnd"/>
      <w:r w:rsidRPr="006C6952">
        <w:t xml:space="preserve"> </w:t>
      </w:r>
      <w:proofErr w:type="spellStart"/>
      <w:r w:rsidRPr="006C6952">
        <w:t>profilowania</w:t>
      </w:r>
      <w:proofErr w:type="spellEnd"/>
      <w:r w:rsidRPr="006C6952">
        <w:t xml:space="preserve"> w </w:t>
      </w:r>
      <w:proofErr w:type="spellStart"/>
      <w:r w:rsidRPr="006C6952">
        <w:t>sposób</w:t>
      </w:r>
      <w:proofErr w:type="spellEnd"/>
      <w:r w:rsidRPr="006C6952">
        <w:t xml:space="preserve"> </w:t>
      </w:r>
      <w:proofErr w:type="spellStart"/>
      <w:r w:rsidRPr="006C6952">
        <w:t>zautomatyzowany</w:t>
      </w:r>
      <w:proofErr w:type="spellEnd"/>
      <w:r w:rsidRPr="006C6952">
        <w:t>.</w:t>
      </w:r>
      <w:r>
        <w:br/>
      </w:r>
      <w:r w:rsidRPr="006C6952">
        <w:t xml:space="preserve">10. Pani/Pana </w:t>
      </w:r>
      <w:proofErr w:type="spellStart"/>
      <w:r w:rsidRPr="006C6952">
        <w:t>dane</w:t>
      </w:r>
      <w:proofErr w:type="spellEnd"/>
      <w:r w:rsidRPr="006C6952">
        <w:t xml:space="preserve"> </w:t>
      </w:r>
      <w:proofErr w:type="spellStart"/>
      <w:r w:rsidRPr="006C6952">
        <w:t>nie</w:t>
      </w:r>
      <w:proofErr w:type="spellEnd"/>
      <w:r w:rsidRPr="006C6952">
        <w:t xml:space="preserve"> </w:t>
      </w:r>
      <w:proofErr w:type="spellStart"/>
      <w:r w:rsidRPr="006C6952">
        <w:t>są</w:t>
      </w:r>
      <w:proofErr w:type="spellEnd"/>
      <w:r w:rsidRPr="006C6952">
        <w:t xml:space="preserve"> </w:t>
      </w:r>
      <w:proofErr w:type="spellStart"/>
      <w:r w:rsidRPr="006C6952">
        <w:t>przekazywane</w:t>
      </w:r>
      <w:proofErr w:type="spellEnd"/>
      <w:r w:rsidRPr="006C6952">
        <w:t xml:space="preserve"> do </w:t>
      </w:r>
      <w:proofErr w:type="spellStart"/>
      <w:r w:rsidRPr="006C6952">
        <w:t>państw</w:t>
      </w:r>
      <w:proofErr w:type="spellEnd"/>
      <w:r w:rsidRPr="006C6952">
        <w:t xml:space="preserve"> </w:t>
      </w:r>
      <w:proofErr w:type="spellStart"/>
      <w:r w:rsidRPr="006C6952">
        <w:t>trzecich</w:t>
      </w:r>
      <w:proofErr w:type="spellEnd"/>
      <w:r w:rsidRPr="006C6952">
        <w:t xml:space="preserve"> </w:t>
      </w:r>
      <w:proofErr w:type="spellStart"/>
      <w:r w:rsidRPr="006C6952">
        <w:t>lub</w:t>
      </w:r>
      <w:proofErr w:type="spellEnd"/>
      <w:r w:rsidRPr="006C6952">
        <w:t xml:space="preserve"> </w:t>
      </w:r>
      <w:proofErr w:type="spellStart"/>
      <w:r w:rsidRPr="006C6952">
        <w:t>organizacji</w:t>
      </w:r>
      <w:proofErr w:type="spellEnd"/>
      <w:r w:rsidRPr="006C6952">
        <w:t xml:space="preserve"> </w:t>
      </w:r>
      <w:proofErr w:type="spellStart"/>
      <w:r w:rsidRPr="006C6952">
        <w:t>międzynarodowych</w:t>
      </w:r>
      <w:proofErr w:type="spellEnd"/>
      <w:r w:rsidRPr="006C6952">
        <w:t xml:space="preserve"> w </w:t>
      </w:r>
      <w:proofErr w:type="spellStart"/>
      <w:r w:rsidRPr="006C6952">
        <w:t>rozumieniu</w:t>
      </w:r>
      <w:proofErr w:type="spellEnd"/>
      <w:r w:rsidRPr="006C6952">
        <w:t xml:space="preserve"> RODO.</w:t>
      </w:r>
      <w:r>
        <w:t xml:space="preserve"> </w:t>
      </w:r>
      <w:r>
        <w:br/>
      </w:r>
      <w:r w:rsidRPr="006C6952">
        <w:t xml:space="preserve">11. Ma Pani/Pan </w:t>
      </w:r>
      <w:proofErr w:type="spellStart"/>
      <w:r w:rsidRPr="006C6952">
        <w:t>prawo</w:t>
      </w:r>
      <w:proofErr w:type="spellEnd"/>
      <w:r w:rsidRPr="006C6952">
        <w:t xml:space="preserve"> </w:t>
      </w:r>
      <w:proofErr w:type="spellStart"/>
      <w:r w:rsidRPr="006C6952">
        <w:t>wniesienia</w:t>
      </w:r>
      <w:proofErr w:type="spellEnd"/>
      <w:r w:rsidRPr="006C6952">
        <w:t xml:space="preserve"> </w:t>
      </w:r>
      <w:proofErr w:type="spellStart"/>
      <w:r w:rsidRPr="006C6952">
        <w:t>skargi</w:t>
      </w:r>
      <w:proofErr w:type="spellEnd"/>
      <w:r w:rsidRPr="006C6952">
        <w:t xml:space="preserve"> do </w:t>
      </w:r>
      <w:proofErr w:type="spellStart"/>
      <w:r w:rsidRPr="006C6952">
        <w:t>organu</w:t>
      </w:r>
      <w:proofErr w:type="spellEnd"/>
      <w:r w:rsidRPr="006C6952">
        <w:t xml:space="preserve"> </w:t>
      </w:r>
      <w:proofErr w:type="spellStart"/>
      <w:r w:rsidRPr="006C6952">
        <w:t>nadzorczego</w:t>
      </w:r>
      <w:proofErr w:type="spellEnd"/>
      <w:r w:rsidRPr="006C6952">
        <w:t xml:space="preserve">, </w:t>
      </w:r>
      <w:proofErr w:type="spellStart"/>
      <w:r w:rsidRPr="006C6952">
        <w:t>gdy</w:t>
      </w:r>
      <w:proofErr w:type="spellEnd"/>
      <w:r w:rsidRPr="006C6952">
        <w:t xml:space="preserve"> </w:t>
      </w:r>
      <w:proofErr w:type="spellStart"/>
      <w:r w:rsidRPr="006C6952">
        <w:t>uzna</w:t>
      </w:r>
      <w:proofErr w:type="spellEnd"/>
      <w:r w:rsidRPr="006C6952">
        <w:t xml:space="preserve"> Pani/Pan, </w:t>
      </w:r>
      <w:r w:rsidRPr="006C6952">
        <w:br/>
      </w:r>
      <w:proofErr w:type="spellStart"/>
      <w:r w:rsidRPr="006C6952">
        <w:t>iż</w:t>
      </w:r>
      <w:proofErr w:type="spellEnd"/>
      <w:r w:rsidRPr="006C6952">
        <w:t xml:space="preserve"> </w:t>
      </w:r>
      <w:proofErr w:type="spellStart"/>
      <w:r w:rsidRPr="006C6952">
        <w:t>przetwarzanie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Pani/Pana </w:t>
      </w:r>
      <w:proofErr w:type="spellStart"/>
      <w:r w:rsidRPr="006C6952">
        <w:t>dotyczących</w:t>
      </w:r>
      <w:proofErr w:type="spellEnd"/>
      <w:r w:rsidRPr="006C6952">
        <w:t xml:space="preserve"> </w:t>
      </w:r>
      <w:proofErr w:type="spellStart"/>
      <w:r w:rsidRPr="006C6952">
        <w:t>narusza</w:t>
      </w:r>
      <w:proofErr w:type="spellEnd"/>
      <w:r w:rsidRPr="006C6952">
        <w:t xml:space="preserve"> </w:t>
      </w:r>
      <w:proofErr w:type="spellStart"/>
      <w:r w:rsidRPr="006C6952">
        <w:t>przepisy</w:t>
      </w:r>
      <w:proofErr w:type="spellEnd"/>
      <w:r w:rsidRPr="006C6952">
        <w:t xml:space="preserve"> RODO.</w:t>
      </w:r>
      <w:r>
        <w:br/>
      </w:r>
      <w:r w:rsidRPr="006C6952">
        <w:t xml:space="preserve">12. </w:t>
      </w:r>
      <w:proofErr w:type="spellStart"/>
      <w:r w:rsidRPr="006C6952">
        <w:t>Podanie</w:t>
      </w:r>
      <w:proofErr w:type="spellEnd"/>
      <w:r w:rsidRPr="006C6952">
        <w:t xml:space="preserve"> </w:t>
      </w:r>
      <w:proofErr w:type="spellStart"/>
      <w:r w:rsidRPr="006C6952">
        <w:t>danych</w:t>
      </w:r>
      <w:proofErr w:type="spellEnd"/>
      <w:r w:rsidRPr="006C6952">
        <w:t xml:space="preserve"> </w:t>
      </w:r>
      <w:proofErr w:type="spellStart"/>
      <w:r w:rsidRPr="006C6952">
        <w:t>osobowych</w:t>
      </w:r>
      <w:proofErr w:type="spellEnd"/>
      <w:r w:rsidRPr="006C6952">
        <w:t xml:space="preserve"> jest </w:t>
      </w:r>
      <w:proofErr w:type="spellStart"/>
      <w:r w:rsidRPr="006C6952">
        <w:t>dobrowolne</w:t>
      </w:r>
      <w:proofErr w:type="spellEnd"/>
      <w:r w:rsidRPr="006C6952">
        <w:t xml:space="preserve">, </w:t>
      </w:r>
      <w:proofErr w:type="spellStart"/>
      <w:r w:rsidRPr="006C6952">
        <w:t>jednak</w:t>
      </w:r>
      <w:proofErr w:type="spellEnd"/>
      <w:r w:rsidRPr="006C6952">
        <w:t xml:space="preserve"> ich </w:t>
      </w:r>
      <w:proofErr w:type="spellStart"/>
      <w:r w:rsidRPr="006C6952">
        <w:t>niepodanie</w:t>
      </w:r>
      <w:proofErr w:type="spellEnd"/>
      <w:r w:rsidRPr="006C6952">
        <w:t xml:space="preserve"> </w:t>
      </w:r>
      <w:proofErr w:type="spellStart"/>
      <w:r w:rsidRPr="006C6952">
        <w:t>będzie</w:t>
      </w:r>
      <w:proofErr w:type="spellEnd"/>
      <w:r w:rsidRPr="006C6952">
        <w:t xml:space="preserve"> </w:t>
      </w:r>
      <w:proofErr w:type="spellStart"/>
      <w:r w:rsidRPr="006C6952">
        <w:t>skutkowało</w:t>
      </w:r>
      <w:proofErr w:type="spellEnd"/>
      <w:r w:rsidRPr="006C6952">
        <w:t xml:space="preserve"> </w:t>
      </w:r>
      <w:proofErr w:type="spellStart"/>
      <w:r w:rsidRPr="006C6952">
        <w:t>brakiem</w:t>
      </w:r>
      <w:proofErr w:type="spellEnd"/>
      <w:r w:rsidRPr="006C6952">
        <w:t xml:space="preserve"> </w:t>
      </w:r>
      <w:proofErr w:type="spellStart"/>
      <w:r w:rsidRPr="006C6952">
        <w:t>możliwości</w:t>
      </w:r>
      <w:proofErr w:type="spellEnd"/>
      <w:r w:rsidRPr="006C6952"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wydarzeniu</w:t>
      </w:r>
      <w:proofErr w:type="spellEnd"/>
      <w:r w:rsidRPr="006C6952">
        <w:t xml:space="preserve">, o </w:t>
      </w:r>
      <w:proofErr w:type="spellStart"/>
      <w:r w:rsidRPr="006C6952">
        <w:t>których</w:t>
      </w:r>
      <w:proofErr w:type="spellEnd"/>
      <w:r w:rsidRPr="006C6952">
        <w:t xml:space="preserve"> </w:t>
      </w:r>
      <w:proofErr w:type="spellStart"/>
      <w:r w:rsidRPr="006C6952">
        <w:t>mowa</w:t>
      </w:r>
      <w:proofErr w:type="spellEnd"/>
      <w:r w:rsidRPr="006C6952">
        <w:t xml:space="preserve"> w pkt 2 lit. a </w:t>
      </w:r>
      <w:proofErr w:type="spellStart"/>
      <w:r w:rsidRPr="006C6952">
        <w:t>i</w:t>
      </w:r>
      <w:proofErr w:type="spellEnd"/>
      <w:r w:rsidRPr="006C6952">
        <w:t xml:space="preserve"> b.</w:t>
      </w:r>
    </w:p>
    <w:p w14:paraId="10F01273" w14:textId="77777777" w:rsidR="00430DF5" w:rsidRDefault="00430DF5" w:rsidP="00430DF5"/>
    <w:p w14:paraId="63117828" w14:textId="6500908E" w:rsidR="0002585A" w:rsidRPr="008E5DBD" w:rsidRDefault="0002585A">
      <w:pPr>
        <w:rPr>
          <w:rFonts w:cs="Times New Roman"/>
          <w:sz w:val="24"/>
          <w:szCs w:val="24"/>
        </w:rPr>
      </w:pPr>
    </w:p>
    <w:sectPr w:rsidR="0002585A" w:rsidRPr="008E5DBD" w:rsidSect="00034616">
      <w:headerReference w:type="default" r:id="rId8"/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39DAE" w14:textId="77777777" w:rsidR="007921B0" w:rsidRDefault="007921B0">
      <w:pPr>
        <w:spacing w:after="0" w:line="240" w:lineRule="auto"/>
      </w:pPr>
      <w:r>
        <w:separator/>
      </w:r>
    </w:p>
  </w:endnote>
  <w:endnote w:type="continuationSeparator" w:id="0">
    <w:p w14:paraId="4ADB360D" w14:textId="77777777" w:rsidR="007921B0" w:rsidRDefault="00792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F25C" w14:textId="0CD95D15" w:rsidR="0002585A" w:rsidRDefault="0002585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997AC" w14:textId="77777777" w:rsidR="007921B0" w:rsidRDefault="007921B0">
      <w:pPr>
        <w:spacing w:after="0" w:line="240" w:lineRule="auto"/>
      </w:pPr>
      <w:r>
        <w:separator/>
      </w:r>
    </w:p>
  </w:footnote>
  <w:footnote w:type="continuationSeparator" w:id="0">
    <w:p w14:paraId="447C66D4" w14:textId="77777777" w:rsidR="007921B0" w:rsidRDefault="00792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235C7" w14:textId="09D49765" w:rsidR="0002585A" w:rsidRDefault="0002585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2221841">
    <w:abstractNumId w:val="8"/>
  </w:num>
  <w:num w:numId="2" w16cid:durableId="1935160684">
    <w:abstractNumId w:val="6"/>
  </w:num>
  <w:num w:numId="3" w16cid:durableId="666059638">
    <w:abstractNumId w:val="5"/>
  </w:num>
  <w:num w:numId="4" w16cid:durableId="379328804">
    <w:abstractNumId w:val="4"/>
  </w:num>
  <w:num w:numId="5" w16cid:durableId="1695690760">
    <w:abstractNumId w:val="7"/>
  </w:num>
  <w:num w:numId="6" w16cid:durableId="1026520841">
    <w:abstractNumId w:val="3"/>
  </w:num>
  <w:num w:numId="7" w16cid:durableId="1687636361">
    <w:abstractNumId w:val="2"/>
  </w:num>
  <w:num w:numId="8" w16cid:durableId="1575704510">
    <w:abstractNumId w:val="1"/>
  </w:num>
  <w:num w:numId="9" w16cid:durableId="157215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85A"/>
    <w:rsid w:val="00034616"/>
    <w:rsid w:val="0006063C"/>
    <w:rsid w:val="0015074B"/>
    <w:rsid w:val="0029639D"/>
    <w:rsid w:val="00326F90"/>
    <w:rsid w:val="00420904"/>
    <w:rsid w:val="00430DF5"/>
    <w:rsid w:val="007921B0"/>
    <w:rsid w:val="008E5DBD"/>
    <w:rsid w:val="00AA1D8D"/>
    <w:rsid w:val="00B47730"/>
    <w:rsid w:val="00BA0302"/>
    <w:rsid w:val="00C02290"/>
    <w:rsid w:val="00CB0664"/>
    <w:rsid w:val="00E02FD2"/>
    <w:rsid w:val="00F171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5CDBA"/>
  <w14:defaultImageDpi w14:val="300"/>
  <w15:docId w15:val="{D79F1CE2-A12D-496E-BAA0-87B69211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302"/>
    <w:pPr>
      <w:spacing w:after="60" w:line="252" w:lineRule="auto"/>
    </w:pPr>
    <w:rPr>
      <w:rFonts w:ascii="Times New Roman" w:eastAsia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after="160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721</Words>
  <Characters>7091</Characters>
  <Application>Microsoft Office Word</Application>
  <DocSecurity>4</DocSecurity>
  <Lines>144</Lines>
  <Paragraphs>116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Artinus System .</cp:lastModifiedBy>
  <cp:revision>2</cp:revision>
  <dcterms:created xsi:type="dcterms:W3CDTF">2026-06-16T19:54:00Z</dcterms:created>
  <dcterms:modified xsi:type="dcterms:W3CDTF">2026-06-16T19:54:00Z</dcterms:modified>
  <cp:category/>
</cp:coreProperties>
</file>